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99FE3" w14:textId="180D3A00" w:rsidR="006A37C0" w:rsidRPr="00D25145" w:rsidRDefault="006A37C0" w:rsidP="006A37C0">
      <w:pPr>
        <w:spacing w:after="40" w:line="240" w:lineRule="auto"/>
        <w:rPr>
          <w:sz w:val="28"/>
          <w:szCs w:val="24"/>
          <w:lang w:eastAsia="ja-JP"/>
        </w:rPr>
      </w:pPr>
      <w:r w:rsidRPr="00D25145">
        <w:rPr>
          <w:rFonts w:ascii="ＭＳ 明朝" w:eastAsia="ＭＳ 明朝" w:hAnsi="ＭＳ 明朝"/>
          <w:sz w:val="20"/>
          <w:szCs w:val="24"/>
          <w:lang w:eastAsia="ja-JP"/>
        </w:rPr>
        <w:t>様式第１号</w:t>
      </w:r>
      <w:r w:rsidR="00AD64AF" w:rsidRPr="00D25145">
        <w:rPr>
          <w:rFonts w:ascii="ＭＳ 明朝" w:eastAsia="ＭＳ 明朝" w:hAnsi="ＭＳ 明朝"/>
          <w:sz w:val="20"/>
          <w:szCs w:val="24"/>
          <w:lang w:eastAsia="ja-JP"/>
        </w:rPr>
        <w:t>(</w:t>
      </w:r>
      <w:r w:rsidRPr="00D25145">
        <w:rPr>
          <w:rFonts w:ascii="ＭＳ 明朝" w:eastAsia="ＭＳ 明朝" w:hAnsi="ＭＳ 明朝"/>
          <w:sz w:val="20"/>
          <w:szCs w:val="24"/>
          <w:lang w:eastAsia="ja-JP"/>
        </w:rPr>
        <w:t>第６条関係</w:t>
      </w:r>
      <w:r w:rsidR="00AD64AF" w:rsidRPr="00D25145">
        <w:rPr>
          <w:rFonts w:ascii="ＭＳ 明朝" w:eastAsia="ＭＳ 明朝" w:hAnsi="ＭＳ 明朝"/>
          <w:sz w:val="20"/>
          <w:szCs w:val="24"/>
          <w:lang w:eastAsia="ja-JP"/>
        </w:rPr>
        <w:t>)</w:t>
      </w:r>
    </w:p>
    <w:tbl>
      <w:tblPr>
        <w:tblpPr w:leftFromText="142" w:rightFromText="142" w:vertAnchor="text" w:horzAnchor="margin" w:tblpY="764"/>
        <w:tblW w:w="96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61"/>
        <w:gridCol w:w="992"/>
        <w:gridCol w:w="354"/>
        <w:gridCol w:w="228"/>
        <w:gridCol w:w="269"/>
        <w:gridCol w:w="850"/>
        <w:gridCol w:w="2710"/>
        <w:gridCol w:w="1765"/>
        <w:gridCol w:w="1132"/>
      </w:tblGrid>
      <w:tr w:rsidR="00A16CC0" w:rsidRPr="00D25145" w14:paraId="6F2CABA4" w14:textId="77777777" w:rsidTr="001F0E7D">
        <w:trPr>
          <w:trHeight w:hRule="exact" w:val="615"/>
        </w:trPr>
        <w:tc>
          <w:tcPr>
            <w:tcW w:w="760" w:type="dxa"/>
            <w:vMerge w:val="restart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17A2A8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spellStart"/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希望園</w:t>
            </w:r>
            <w:proofErr w:type="spellEnd"/>
          </w:p>
        </w:tc>
        <w:tc>
          <w:tcPr>
            <w:tcW w:w="1907" w:type="dxa"/>
            <w:gridSpan w:val="3"/>
            <w:vMerge w:val="restart"/>
            <w:vAlign w:val="center"/>
          </w:tcPr>
          <w:p w14:paraId="3AC7BCAE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47" w:type="dxa"/>
            <w:gridSpan w:val="3"/>
            <w:vAlign w:val="center"/>
          </w:tcPr>
          <w:p w14:paraId="1B9E3B27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spellStart"/>
            <w:r w:rsidRPr="00D25145">
              <w:rPr>
                <w:rFonts w:asciiTheme="minorEastAsia" w:eastAsiaTheme="minorEastAsia" w:hAnsiTheme="minorEastAsia"/>
                <w:sz w:val="14"/>
                <w:szCs w:val="14"/>
              </w:rPr>
              <w:t>フリガナ</w:t>
            </w:r>
            <w:proofErr w:type="spellEnd"/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  <w:proofErr w:type="spellStart"/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子ども氏名</w:t>
            </w:r>
            <w:proofErr w:type="spellEnd"/>
          </w:p>
        </w:tc>
        <w:tc>
          <w:tcPr>
            <w:tcW w:w="27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4FF5C7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948605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spellStart"/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性別</w:t>
            </w:r>
            <w:proofErr w:type="spellEnd"/>
          </w:p>
        </w:tc>
        <w:tc>
          <w:tcPr>
            <w:tcW w:w="113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E64687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spellStart"/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男・女</w:t>
            </w:r>
            <w:proofErr w:type="spellEnd"/>
          </w:p>
        </w:tc>
      </w:tr>
      <w:tr w:rsidR="00A16CC0" w:rsidRPr="00D25145" w14:paraId="240CDE9E" w14:textId="77777777" w:rsidTr="001F0E7D">
        <w:trPr>
          <w:trHeight w:val="514"/>
        </w:trPr>
        <w:tc>
          <w:tcPr>
            <w:tcW w:w="760" w:type="dxa"/>
            <w:vMerge/>
          </w:tcPr>
          <w:p w14:paraId="1FC1A37F" w14:textId="77777777" w:rsidR="006A37C0" w:rsidRPr="00D25145" w:rsidRDefault="006A37C0" w:rsidP="001F0E7D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907" w:type="dxa"/>
            <w:gridSpan w:val="3"/>
            <w:vMerge/>
          </w:tcPr>
          <w:p w14:paraId="62AA0EC9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47" w:type="dxa"/>
            <w:gridSpan w:val="3"/>
            <w:vAlign w:val="center"/>
          </w:tcPr>
          <w:p w14:paraId="31061215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spellStart"/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生年月日</w:t>
            </w:r>
            <w:proofErr w:type="spellEnd"/>
          </w:p>
        </w:tc>
        <w:tc>
          <w:tcPr>
            <w:tcW w:w="27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F07A08" w14:textId="4755031C" w:rsidR="006A37C0" w:rsidRPr="00D25145" w:rsidRDefault="006A37C0" w:rsidP="00D25145">
            <w:pPr>
              <w:spacing w:line="240" w:lineRule="auto"/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年　</w:t>
            </w:r>
            <w:r w:rsid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月</w:t>
            </w:r>
            <w:r w:rsid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日</w:t>
            </w:r>
          </w:p>
        </w:tc>
        <w:tc>
          <w:tcPr>
            <w:tcW w:w="2897" w:type="dxa"/>
            <w:gridSpan w:val="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866CE8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３歳児　４歳児　５歳児</w:t>
            </w:r>
          </w:p>
        </w:tc>
      </w:tr>
      <w:tr w:rsidR="00A16CC0" w:rsidRPr="00D25145" w14:paraId="519683A7" w14:textId="77777777" w:rsidTr="001F0E7D">
        <w:trPr>
          <w:trHeight w:val="634"/>
        </w:trPr>
        <w:tc>
          <w:tcPr>
            <w:tcW w:w="9621" w:type="dxa"/>
            <w:gridSpan w:val="10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C5212D" w14:textId="3CB3B44E" w:rsidR="006A37C0" w:rsidRPr="00D25145" w:rsidRDefault="006A37C0" w:rsidP="001F0E7D">
            <w:pPr>
              <w:spacing w:line="240" w:lineRule="auto"/>
              <w:rPr>
                <w:rFonts w:asciiTheme="minorEastAsia" w:eastAsiaTheme="minorEastAsia" w:hAnsiTheme="minorEastAsia"/>
                <w:bCs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  <w:lang w:eastAsia="ja-JP"/>
              </w:rPr>
              <w:t>【現住所が鉾田市と異なる場合は，子ども及び保護者の現住所・生年月日を確認できる書類</w:t>
            </w:r>
            <w:r w:rsidR="00AD64AF" w:rsidRPr="00D25145">
              <w:rPr>
                <w:rFonts w:asciiTheme="minorEastAsia" w:eastAsiaTheme="minorEastAsia" w:hAnsiTheme="minorEastAsia"/>
                <w:bCs/>
                <w:sz w:val="20"/>
                <w:szCs w:val="20"/>
                <w:lang w:eastAsia="ja-JP"/>
              </w:rPr>
              <w:t>(</w:t>
            </w:r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  <w:lang w:eastAsia="ja-JP"/>
              </w:rPr>
              <w:t>運転免許証・保険証の写し等</w:t>
            </w:r>
            <w:r w:rsidR="00AD64AF" w:rsidRPr="00D25145">
              <w:rPr>
                <w:rFonts w:asciiTheme="minorEastAsia" w:eastAsiaTheme="minorEastAsia" w:hAnsiTheme="minorEastAsia"/>
                <w:bCs/>
                <w:sz w:val="20"/>
                <w:szCs w:val="20"/>
                <w:lang w:eastAsia="ja-JP"/>
              </w:rPr>
              <w:t>)</w:t>
            </w:r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  <w:lang w:eastAsia="ja-JP"/>
              </w:rPr>
              <w:t>を添付してください。</w:t>
            </w:r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t>】</w:t>
            </w:r>
          </w:p>
        </w:tc>
      </w:tr>
      <w:tr w:rsidR="00A16CC0" w:rsidRPr="00D25145" w14:paraId="457A5617" w14:textId="77777777" w:rsidTr="001F0E7D">
        <w:trPr>
          <w:trHeight w:hRule="exact" w:val="459"/>
        </w:trPr>
        <w:tc>
          <w:tcPr>
            <w:tcW w:w="1321" w:type="dxa"/>
            <w:gridSpan w:val="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458260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spellStart"/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子どもの住所</w:t>
            </w:r>
            <w:proofErr w:type="spellEnd"/>
          </w:p>
        </w:tc>
        <w:tc>
          <w:tcPr>
            <w:tcW w:w="8300" w:type="dxa"/>
            <w:gridSpan w:val="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A75526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bCs/>
                <w:sz w:val="20"/>
                <w:szCs w:val="20"/>
              </w:rPr>
            </w:pPr>
          </w:p>
        </w:tc>
      </w:tr>
      <w:tr w:rsidR="00A16CC0" w:rsidRPr="00D25145" w14:paraId="2F0035CD" w14:textId="77777777" w:rsidTr="001F0E7D">
        <w:trPr>
          <w:trHeight w:val="963"/>
        </w:trPr>
        <w:tc>
          <w:tcPr>
            <w:tcW w:w="1321" w:type="dxa"/>
            <w:gridSpan w:val="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458E8B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子ども及び保護者の住所が鉾田市と異なる場合の応募理由</w:t>
            </w:r>
          </w:p>
        </w:tc>
        <w:tc>
          <w:tcPr>
            <w:tcW w:w="1574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7A2A55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bCs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t xml:space="preserve">１　</w:t>
            </w:r>
            <w:proofErr w:type="spellStart"/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t>転入予定</w:t>
            </w:r>
            <w:proofErr w:type="spellEnd"/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br/>
            </w:r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br/>
              <w:t xml:space="preserve">２　</w:t>
            </w:r>
            <w:proofErr w:type="spellStart"/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t>その他</w:t>
            </w:r>
            <w:proofErr w:type="spellEnd"/>
          </w:p>
        </w:tc>
        <w:tc>
          <w:tcPr>
            <w:tcW w:w="6726" w:type="dxa"/>
            <w:gridSpan w:val="5"/>
            <w:vAlign w:val="center"/>
          </w:tcPr>
          <w:p w14:paraId="3DB6F5CB" w14:textId="36DDD862" w:rsidR="006A37C0" w:rsidRPr="00D25145" w:rsidRDefault="006A37C0" w:rsidP="001F0E7D">
            <w:pPr>
              <w:spacing w:beforeLines="50" w:before="166" w:line="340" w:lineRule="exact"/>
              <w:rPr>
                <w:rFonts w:asciiTheme="minorEastAsia" w:eastAsiaTheme="minorEastAsia" w:hAnsiTheme="minorEastAsia"/>
                <w:bCs/>
                <w:sz w:val="20"/>
                <w:szCs w:val="20"/>
                <w:lang w:eastAsia="ja-JP"/>
              </w:rPr>
            </w:pPr>
            <w:proofErr w:type="spellStart"/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t>転入予定日</w:t>
            </w:r>
            <w:proofErr w:type="spellEnd"/>
            <w:r w:rsidR="00AD64AF"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t>(</w:t>
            </w:r>
            <w:r w:rsidRPr="00D25145">
              <w:rPr>
                <w:rFonts w:asciiTheme="minorEastAsia" w:eastAsiaTheme="minorEastAsia" w:hAnsiTheme="minorEastAsia" w:hint="eastAsia"/>
                <w:bCs/>
                <w:sz w:val="20"/>
                <w:szCs w:val="20"/>
                <w:lang w:eastAsia="ja-JP"/>
              </w:rPr>
              <w:t xml:space="preserve">　　</w:t>
            </w:r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t xml:space="preserve">　　　年　　月　　日</w:t>
            </w:r>
            <w:r w:rsidR="00AD64AF"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t>)</w:t>
            </w:r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br/>
            </w:r>
            <w:proofErr w:type="spellStart"/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t>転入先住所</w:t>
            </w:r>
            <w:proofErr w:type="spellEnd"/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t xml:space="preserve">　</w:t>
            </w:r>
            <w:proofErr w:type="spellStart"/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  <w:u w:val="single" w:color="000000" w:themeColor="text1"/>
              </w:rPr>
              <w:t>鉾田市</w:t>
            </w:r>
            <w:proofErr w:type="spellEnd"/>
            <w:r w:rsidRPr="00D25145">
              <w:rPr>
                <w:rFonts w:asciiTheme="minorEastAsia" w:eastAsiaTheme="minorEastAsia" w:hAnsiTheme="minorEastAsia" w:hint="eastAsia"/>
                <w:bCs/>
                <w:sz w:val="20"/>
                <w:szCs w:val="20"/>
                <w:u w:val="single"/>
                <w:lang w:eastAsia="ja-JP"/>
              </w:rPr>
              <w:t xml:space="preserve">　　　　　　　　　　　　　　　　　　　　　　　　　</w:t>
            </w:r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br/>
            </w:r>
            <w:proofErr w:type="spellStart"/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t>理由</w:t>
            </w:r>
            <w:proofErr w:type="spellEnd"/>
            <w:r w:rsidRPr="00D25145">
              <w:rPr>
                <w:rFonts w:asciiTheme="minorEastAsia" w:eastAsiaTheme="minorEastAsia" w:hAnsiTheme="minorEastAsia" w:hint="eastAsia"/>
                <w:bCs/>
                <w:sz w:val="20"/>
                <w:szCs w:val="20"/>
                <w:lang w:eastAsia="ja-JP"/>
              </w:rPr>
              <w:t xml:space="preserve">　　　　</w:t>
            </w:r>
            <w:r w:rsidRPr="00D25145">
              <w:rPr>
                <w:rFonts w:asciiTheme="minorEastAsia" w:eastAsiaTheme="minorEastAsia" w:hAnsiTheme="minorEastAsia" w:hint="eastAsia"/>
                <w:bCs/>
                <w:sz w:val="20"/>
                <w:szCs w:val="20"/>
                <w:u w:val="single" w:color="000000" w:themeColor="text1"/>
                <w:lang w:eastAsia="ja-JP"/>
              </w:rPr>
              <w:t xml:space="preserve">　　　　　　　　　　　　　　　　　　　　　　　　　　　　</w:t>
            </w:r>
          </w:p>
        </w:tc>
      </w:tr>
      <w:tr w:rsidR="00A16CC0" w:rsidRPr="00D25145" w14:paraId="0B760F24" w14:textId="77777777" w:rsidTr="001F0E7D">
        <w:trPr>
          <w:trHeight w:hRule="exact" w:val="331"/>
        </w:trPr>
        <w:tc>
          <w:tcPr>
            <w:tcW w:w="9621" w:type="dxa"/>
            <w:gridSpan w:val="10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1CD722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bCs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  <w:lang w:eastAsia="ja-JP"/>
              </w:rPr>
              <w:t>家族の状況【住民票が別でも同居している方・単身赴任をしている方は記入してください。</w:t>
            </w:r>
            <w:r w:rsidRPr="00D25145">
              <w:rPr>
                <w:rFonts w:asciiTheme="minorEastAsia" w:eastAsiaTheme="minorEastAsia" w:hAnsiTheme="minorEastAsia"/>
                <w:bCs/>
                <w:sz w:val="20"/>
                <w:szCs w:val="20"/>
              </w:rPr>
              <w:t>】</w:t>
            </w:r>
          </w:p>
        </w:tc>
      </w:tr>
      <w:tr w:rsidR="00A16CC0" w:rsidRPr="00D25145" w14:paraId="506751A6" w14:textId="77777777" w:rsidTr="001F0E7D">
        <w:trPr>
          <w:trHeight w:hRule="exact" w:val="393"/>
        </w:trPr>
        <w:tc>
          <w:tcPr>
            <w:tcW w:w="2313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2F9F1C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氏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名</w:t>
            </w:r>
          </w:p>
        </w:tc>
        <w:tc>
          <w:tcPr>
            <w:tcW w:w="851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F7D680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spellStart"/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性別</w:t>
            </w:r>
            <w:proofErr w:type="spellEnd"/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ECEAD4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spellStart"/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続柄</w:t>
            </w:r>
            <w:proofErr w:type="spellEnd"/>
          </w:p>
        </w:tc>
        <w:tc>
          <w:tcPr>
            <w:tcW w:w="27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F9AA71" w14:textId="107F8DB1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spellStart"/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生年月日</w:t>
            </w:r>
            <w:proofErr w:type="spellEnd"/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歳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17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0CB2AD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spellStart"/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職業及び学校名等</w:t>
            </w:r>
            <w:proofErr w:type="spellEnd"/>
          </w:p>
        </w:tc>
        <w:tc>
          <w:tcPr>
            <w:tcW w:w="113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2F79FA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備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考</w:t>
            </w:r>
          </w:p>
        </w:tc>
      </w:tr>
      <w:tr w:rsidR="00A16CC0" w:rsidRPr="00D25145" w14:paraId="1B48DF1F" w14:textId="77777777" w:rsidTr="001F0E7D">
        <w:trPr>
          <w:trHeight w:hRule="exact" w:val="469"/>
        </w:trPr>
        <w:tc>
          <w:tcPr>
            <w:tcW w:w="2313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B42173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7411F1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E12A3B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1E17E9" w14:textId="1B3C23B2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年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月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日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17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8836DD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3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AD8160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16CC0" w:rsidRPr="00D25145" w14:paraId="731E125F" w14:textId="77777777" w:rsidTr="001F0E7D">
        <w:trPr>
          <w:trHeight w:hRule="exact" w:val="469"/>
        </w:trPr>
        <w:tc>
          <w:tcPr>
            <w:tcW w:w="2313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A47849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A76D90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22F1CC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A2F9B2" w14:textId="35E24F6C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年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月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日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17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5212A9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3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A28D93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16CC0" w:rsidRPr="00D25145" w14:paraId="098F15E6" w14:textId="77777777" w:rsidTr="001F0E7D">
        <w:trPr>
          <w:trHeight w:hRule="exact" w:val="469"/>
        </w:trPr>
        <w:tc>
          <w:tcPr>
            <w:tcW w:w="2313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B3BBC6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377F1D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142964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84C177" w14:textId="184572F5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年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月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日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17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FEB2E4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3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21CBA9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16CC0" w:rsidRPr="00D25145" w14:paraId="78B063B9" w14:textId="77777777" w:rsidTr="001F0E7D">
        <w:trPr>
          <w:trHeight w:hRule="exact" w:val="469"/>
        </w:trPr>
        <w:tc>
          <w:tcPr>
            <w:tcW w:w="2313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47C3A3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292F10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FF5367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2F610D" w14:textId="336285A6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年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月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日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17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AADFE7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3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5C72E3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16CC0" w:rsidRPr="00D25145" w14:paraId="1C1F67AA" w14:textId="77777777" w:rsidTr="001F0E7D">
        <w:trPr>
          <w:trHeight w:hRule="exact" w:val="469"/>
        </w:trPr>
        <w:tc>
          <w:tcPr>
            <w:tcW w:w="2313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EEBAAD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7C4C19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803F56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0AA16F" w14:textId="614A57F9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年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月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日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17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DFD4FA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3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FA3064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16CC0" w:rsidRPr="00D25145" w14:paraId="788A6B58" w14:textId="77777777" w:rsidTr="001F0E7D">
        <w:trPr>
          <w:trHeight w:hRule="exact" w:val="469"/>
        </w:trPr>
        <w:tc>
          <w:tcPr>
            <w:tcW w:w="2313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D8AE7C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AAC10F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BD3996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5700DE" w14:textId="205161D0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年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月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日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17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C9022A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3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64E3F8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16CC0" w:rsidRPr="00D25145" w14:paraId="3A87EA33" w14:textId="77777777" w:rsidTr="001F0E7D">
        <w:trPr>
          <w:trHeight w:hRule="exact" w:val="469"/>
        </w:trPr>
        <w:tc>
          <w:tcPr>
            <w:tcW w:w="2313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450F65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6C7C6C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EDEFE9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198BB8" w14:textId="5499CF44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年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月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日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17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12017E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3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CFE4C3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16CC0" w:rsidRPr="00D25145" w14:paraId="14268B11" w14:textId="77777777" w:rsidTr="001F0E7D">
        <w:trPr>
          <w:trHeight w:hRule="exact" w:val="469"/>
        </w:trPr>
        <w:tc>
          <w:tcPr>
            <w:tcW w:w="2313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308CCF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96925A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796688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5F2F18" w14:textId="4822DFB9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年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月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>日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</w:t>
            </w:r>
            <w:r w:rsidRPr="00D25145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176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9E94B2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3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BB367F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16CC0" w:rsidRPr="00D25145" w14:paraId="6A15697D" w14:textId="77777777" w:rsidTr="001F0E7D">
        <w:trPr>
          <w:trHeight w:val="24"/>
        </w:trPr>
        <w:tc>
          <w:tcPr>
            <w:tcW w:w="4014" w:type="dxa"/>
            <w:gridSpan w:val="7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B1D85B" w14:textId="4020ED5C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継続通園子どもの有・無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br/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(</w:t>
            </w:r>
            <w:r w:rsidRPr="00D25145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○印をしてください</w:t>
            </w:r>
            <w:r w:rsidR="00AD64AF" w:rsidRPr="00D25145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5607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C5D1FB" w14:textId="77777777" w:rsidR="006A37C0" w:rsidRPr="00D25145" w:rsidRDefault="006A37C0" w:rsidP="001F0E7D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D25145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いる　　・　　いない</w:t>
            </w:r>
          </w:p>
        </w:tc>
      </w:tr>
    </w:tbl>
    <w:p w14:paraId="527CE269" w14:textId="65FC8EA9" w:rsidR="006A37C0" w:rsidRPr="00D25145" w:rsidRDefault="006A37C0" w:rsidP="006A37C0">
      <w:pPr>
        <w:spacing w:after="40" w:line="240" w:lineRule="auto"/>
        <w:jc w:val="center"/>
        <w:rPr>
          <w:rFonts w:asciiTheme="minorEastAsia" w:eastAsiaTheme="minorEastAsia" w:hAnsiTheme="minorEastAsia"/>
          <w:bCs/>
          <w:szCs w:val="24"/>
          <w:lang w:eastAsia="ja-JP"/>
        </w:rPr>
      </w:pPr>
      <w:r w:rsidRPr="00D25145">
        <w:rPr>
          <w:rFonts w:asciiTheme="minorEastAsia" w:eastAsiaTheme="minorEastAsia" w:hAnsiTheme="minorEastAsia"/>
          <w:bCs/>
          <w:szCs w:val="24"/>
          <w:lang w:eastAsia="ja-JP"/>
        </w:rPr>
        <w:t>鉾田市立認定こども園入園申込書</w:t>
      </w:r>
      <w:r w:rsidR="00AD64AF" w:rsidRPr="00D25145">
        <w:rPr>
          <w:rFonts w:asciiTheme="minorEastAsia" w:eastAsiaTheme="minorEastAsia" w:hAnsiTheme="minorEastAsia"/>
          <w:bCs/>
          <w:szCs w:val="24"/>
          <w:lang w:eastAsia="ja-JP"/>
        </w:rPr>
        <w:t>(</w:t>
      </w:r>
      <w:r w:rsidRPr="00D25145">
        <w:rPr>
          <w:rFonts w:asciiTheme="minorEastAsia" w:eastAsiaTheme="minorEastAsia" w:hAnsiTheme="minorEastAsia"/>
          <w:bCs/>
          <w:szCs w:val="24"/>
          <w:lang w:eastAsia="ja-JP"/>
        </w:rPr>
        <w:t>１号認定子ども用</w:t>
      </w:r>
      <w:r w:rsidR="00AD64AF" w:rsidRPr="00D25145">
        <w:rPr>
          <w:rFonts w:asciiTheme="minorEastAsia" w:eastAsiaTheme="minorEastAsia" w:hAnsiTheme="minorEastAsia"/>
          <w:bCs/>
          <w:szCs w:val="24"/>
          <w:lang w:eastAsia="ja-JP"/>
        </w:rPr>
        <w:t>)</w:t>
      </w:r>
    </w:p>
    <w:p w14:paraId="3DF20D81" w14:textId="77777777" w:rsidR="00D25145" w:rsidRPr="00D25145" w:rsidRDefault="00D25145" w:rsidP="006A37C0">
      <w:pPr>
        <w:spacing w:after="40" w:line="240" w:lineRule="auto"/>
        <w:jc w:val="center"/>
        <w:rPr>
          <w:rFonts w:asciiTheme="minorEastAsia" w:eastAsiaTheme="minorEastAsia" w:hAnsiTheme="minorEastAsia"/>
          <w:bCs/>
          <w:sz w:val="20"/>
          <w:szCs w:val="20"/>
          <w:lang w:eastAsia="ja-JP"/>
        </w:rPr>
      </w:pPr>
    </w:p>
    <w:p w14:paraId="1C06B59B" w14:textId="77777777" w:rsidR="006A37C0" w:rsidRPr="00D25145" w:rsidRDefault="006A37C0" w:rsidP="006A37C0">
      <w:pPr>
        <w:spacing w:after="60" w:line="240" w:lineRule="auto"/>
        <w:jc w:val="center"/>
        <w:rPr>
          <w:rFonts w:asciiTheme="minorEastAsia" w:eastAsiaTheme="minorEastAsia" w:hAnsiTheme="minorEastAsia"/>
          <w:sz w:val="20"/>
          <w:szCs w:val="20"/>
          <w:lang w:eastAsia="ja-JP"/>
        </w:rPr>
      </w:pPr>
      <w:r w:rsidRPr="00D25145">
        <w:rPr>
          <w:rFonts w:asciiTheme="minorEastAsia" w:eastAsiaTheme="minorEastAsia" w:hAnsiTheme="minorEastAsia"/>
          <w:sz w:val="20"/>
          <w:szCs w:val="20"/>
          <w:lang w:eastAsia="ja-JP"/>
        </w:rPr>
        <w:t>※入園資格，募集人数及び受付期間は，年度ごとに定める募集要項をご確認ください。</w:t>
      </w:r>
    </w:p>
    <w:p w14:paraId="4871BE85" w14:textId="77777777" w:rsidR="006A37C0" w:rsidRPr="00D25145" w:rsidRDefault="006A37C0" w:rsidP="006A37C0">
      <w:pPr>
        <w:spacing w:line="240" w:lineRule="auto"/>
        <w:rPr>
          <w:rFonts w:asciiTheme="minorEastAsia" w:eastAsiaTheme="minorEastAsia" w:hAnsiTheme="minorEastAsia"/>
          <w:sz w:val="20"/>
          <w:szCs w:val="20"/>
          <w:lang w:eastAsia="ja-JP"/>
        </w:rPr>
      </w:pPr>
      <w:r w:rsidRPr="00D25145">
        <w:rPr>
          <w:rFonts w:asciiTheme="minorEastAsia" w:eastAsiaTheme="minorEastAsia" w:hAnsiTheme="minorEastAsia"/>
          <w:sz w:val="20"/>
          <w:szCs w:val="20"/>
          <w:lang w:eastAsia="ja-JP"/>
        </w:rPr>
        <w:t>鉾田市長　宛</w:t>
      </w:r>
    </w:p>
    <w:p w14:paraId="4EA6CB88" w14:textId="77777777" w:rsidR="006A37C0" w:rsidRPr="00D25145" w:rsidRDefault="006A37C0" w:rsidP="006A37C0">
      <w:pPr>
        <w:spacing w:line="240" w:lineRule="auto"/>
        <w:ind w:firstLineChars="300" w:firstLine="582"/>
        <w:rPr>
          <w:rFonts w:asciiTheme="minorEastAsia" w:eastAsiaTheme="minorEastAsia" w:hAnsiTheme="minorEastAsia"/>
          <w:sz w:val="20"/>
          <w:szCs w:val="20"/>
        </w:rPr>
      </w:pPr>
      <w:r w:rsidRPr="00D25145">
        <w:rPr>
          <w:rFonts w:asciiTheme="minorEastAsia" w:eastAsiaTheme="minorEastAsia" w:hAnsiTheme="minorEastAsia"/>
          <w:sz w:val="20"/>
          <w:szCs w:val="20"/>
        </w:rPr>
        <w:t>年　　月　　日</w:t>
      </w:r>
    </w:p>
    <w:p w14:paraId="6FDB0ABA" w14:textId="7F564C43" w:rsidR="006A37C0" w:rsidRPr="00D25145" w:rsidRDefault="00A70FA2" w:rsidP="00A70FA2">
      <w:pPr>
        <w:tabs>
          <w:tab w:val="left" w:pos="2977"/>
        </w:tabs>
        <w:wordWrap w:val="0"/>
        <w:spacing w:line="240" w:lineRule="auto"/>
        <w:ind w:right="-46"/>
        <w:rPr>
          <w:rFonts w:asciiTheme="minorEastAsia" w:eastAsiaTheme="minorEastAsia" w:hAnsiTheme="minorEastAsia"/>
          <w:sz w:val="20"/>
          <w:szCs w:val="20"/>
          <w:u w:val="single"/>
          <w:lang w:eastAsia="ja-JP"/>
        </w:rPr>
      </w:pPr>
      <w:r w:rsidRPr="00D25145">
        <w:rPr>
          <w:rFonts w:asciiTheme="minorEastAsia" w:eastAsiaTheme="minorEastAsia" w:hAnsiTheme="minorEastAsia"/>
          <w:sz w:val="20"/>
          <w:szCs w:val="20"/>
          <w:lang w:eastAsia="ja-JP"/>
        </w:rPr>
        <w:tab/>
      </w:r>
      <w:r w:rsidR="006A37C0" w:rsidRPr="00D25145">
        <w:rPr>
          <w:rFonts w:asciiTheme="minorEastAsia" w:eastAsiaTheme="minorEastAsia" w:hAnsiTheme="minorEastAsia"/>
          <w:sz w:val="20"/>
          <w:szCs w:val="20"/>
          <w:lang w:eastAsia="ja-JP"/>
        </w:rPr>
        <w:t>保護者住所</w:t>
      </w:r>
      <w:r w:rsidR="006A37C0" w:rsidRPr="00D25145">
        <w:rPr>
          <w:rFonts w:asciiTheme="minorEastAsia" w:eastAsiaTheme="minorEastAsia" w:hAnsiTheme="minorEastAsia" w:hint="eastAsia"/>
          <w:sz w:val="20"/>
          <w:szCs w:val="20"/>
          <w:u w:val="single" w:color="000000" w:themeColor="text1"/>
          <w:lang w:eastAsia="ja-JP"/>
        </w:rPr>
        <w:t xml:space="preserve">　　　　　　　　　　　　　　　　　　　　　　　　　　</w:t>
      </w:r>
    </w:p>
    <w:p w14:paraId="4137781B" w14:textId="22E26D22" w:rsidR="006A37C0" w:rsidRPr="00D25145" w:rsidRDefault="00A70FA2" w:rsidP="008A2954">
      <w:pPr>
        <w:tabs>
          <w:tab w:val="left" w:pos="2977"/>
        </w:tabs>
        <w:spacing w:beforeLines="50" w:before="166" w:line="354" w:lineRule="exact"/>
        <w:ind w:right="-46"/>
        <w:rPr>
          <w:rFonts w:asciiTheme="minorEastAsia" w:eastAsiaTheme="minorEastAsia" w:hAnsiTheme="minorEastAsia"/>
          <w:sz w:val="20"/>
          <w:szCs w:val="20"/>
          <w:lang w:eastAsia="ja-JP"/>
        </w:rPr>
      </w:pPr>
      <w:r w:rsidRPr="00D25145">
        <w:rPr>
          <w:rFonts w:asciiTheme="minorEastAsia" w:eastAsiaTheme="minorEastAsia" w:hAnsiTheme="minorEastAsia"/>
          <w:sz w:val="20"/>
          <w:szCs w:val="20"/>
          <w:lang w:eastAsia="ja-JP"/>
        </w:rPr>
        <w:tab/>
      </w:r>
      <w:r w:rsidR="006A37C0" w:rsidRPr="00D25145">
        <w:rPr>
          <w:rFonts w:asciiTheme="minorEastAsia" w:eastAsiaTheme="minorEastAsia" w:hAnsiTheme="minorEastAsia"/>
          <w:sz w:val="20"/>
          <w:szCs w:val="20"/>
          <w:lang w:eastAsia="ja-JP"/>
        </w:rPr>
        <w:t>保護者氏名</w:t>
      </w:r>
      <w:r w:rsidR="006A37C0" w:rsidRPr="00D25145">
        <w:rPr>
          <w:rFonts w:asciiTheme="minorEastAsia" w:eastAsiaTheme="minorEastAsia" w:hAnsiTheme="minorEastAsia" w:hint="eastAsia"/>
          <w:sz w:val="20"/>
          <w:szCs w:val="20"/>
          <w:u w:val="single" w:color="000000"/>
          <w:lang w:eastAsia="ja-JP"/>
        </w:rPr>
        <w:t xml:space="preserve">　　　　　　　　　　　</w:t>
      </w:r>
      <w:r w:rsidRPr="00D25145">
        <w:rPr>
          <w:rFonts w:asciiTheme="minorEastAsia" w:eastAsiaTheme="minorEastAsia" w:hAnsiTheme="minorEastAsia" w:hint="eastAsia"/>
          <w:sz w:val="20"/>
          <w:szCs w:val="20"/>
          <w:u w:val="single" w:color="000000"/>
          <w:lang w:eastAsia="ja-JP"/>
        </w:rPr>
        <w:t xml:space="preserve">　　</w:t>
      </w:r>
      <w:r w:rsidR="006A37C0" w:rsidRPr="00D25145">
        <w:rPr>
          <w:rFonts w:asciiTheme="minorEastAsia" w:eastAsiaTheme="minorEastAsia" w:hAnsiTheme="minorEastAsia" w:hint="eastAsia"/>
          <w:sz w:val="20"/>
          <w:szCs w:val="20"/>
          <w:u w:val="single" w:color="000000"/>
          <w:lang w:eastAsia="ja-JP"/>
        </w:rPr>
        <w:t xml:space="preserve">　</w:t>
      </w:r>
      <w:r w:rsidR="00AD64AF" w:rsidRPr="00D25145">
        <w:rPr>
          <w:rFonts w:asciiTheme="minorEastAsia" w:eastAsiaTheme="minorEastAsia" w:hAnsiTheme="minorEastAsia"/>
          <w:sz w:val="20"/>
          <w:szCs w:val="20"/>
          <w:lang w:eastAsia="ja-JP"/>
        </w:rPr>
        <w:t>(</w:t>
      </w:r>
      <w:r w:rsidR="006A37C0" w:rsidRPr="00D25145">
        <w:rPr>
          <w:rFonts w:asciiTheme="minorEastAsia" w:eastAsiaTheme="minorEastAsia" w:hAnsiTheme="minorEastAsia"/>
          <w:sz w:val="20"/>
          <w:szCs w:val="20"/>
          <w:lang w:eastAsia="ja-JP"/>
        </w:rPr>
        <w:t>子どもとの続柄：</w:t>
      </w:r>
      <w:r w:rsidR="006A37C0" w:rsidRPr="00D25145">
        <w:rPr>
          <w:rFonts w:asciiTheme="minorEastAsia" w:eastAsiaTheme="minorEastAsia" w:hAnsiTheme="minorEastAsia" w:hint="eastAsia"/>
          <w:spacing w:val="14"/>
          <w:sz w:val="20"/>
          <w:szCs w:val="20"/>
          <w:u w:val="single" w:color="000000"/>
          <w:lang w:eastAsia="ja-JP"/>
        </w:rPr>
        <w:t xml:space="preserve">　　　</w:t>
      </w:r>
      <w:r w:rsidR="00AD64AF" w:rsidRPr="00D25145">
        <w:rPr>
          <w:rFonts w:asciiTheme="minorEastAsia" w:eastAsiaTheme="minorEastAsia" w:hAnsiTheme="minorEastAsia"/>
          <w:sz w:val="20"/>
          <w:szCs w:val="20"/>
          <w:lang w:eastAsia="ja-JP"/>
        </w:rPr>
        <w:t>)</w:t>
      </w:r>
    </w:p>
    <w:p w14:paraId="08078B70" w14:textId="691B3D8F" w:rsidR="006A37C0" w:rsidRPr="00D25145" w:rsidRDefault="00A70FA2" w:rsidP="008A2954">
      <w:pPr>
        <w:tabs>
          <w:tab w:val="left" w:pos="2977"/>
        </w:tabs>
        <w:wordWrap w:val="0"/>
        <w:spacing w:beforeLines="50" w:before="166" w:line="354" w:lineRule="exact"/>
        <w:ind w:right="-46"/>
        <w:rPr>
          <w:rFonts w:asciiTheme="minorEastAsia" w:eastAsiaTheme="minorEastAsia" w:hAnsiTheme="minorEastAsia"/>
          <w:sz w:val="20"/>
          <w:szCs w:val="20"/>
          <w:u w:val="single" w:color="000000" w:themeColor="text1"/>
          <w:lang w:eastAsia="ja-JP"/>
        </w:rPr>
      </w:pPr>
      <w:r w:rsidRPr="00D25145">
        <w:rPr>
          <w:rFonts w:asciiTheme="minorEastAsia" w:eastAsiaTheme="minorEastAsia" w:hAnsiTheme="minorEastAsia"/>
          <w:sz w:val="20"/>
          <w:szCs w:val="20"/>
          <w:lang w:eastAsia="ja-JP"/>
        </w:rPr>
        <w:tab/>
      </w:r>
      <w:r w:rsidR="006A37C0" w:rsidRPr="00D25145">
        <w:rPr>
          <w:rFonts w:asciiTheme="minorEastAsia" w:eastAsiaTheme="minorEastAsia" w:hAnsiTheme="minorEastAsia"/>
          <w:sz w:val="20"/>
          <w:szCs w:val="20"/>
        </w:rPr>
        <w:t>連絡先電話番号：自宅</w:t>
      </w:r>
      <w:r w:rsidRPr="00D25145">
        <w:rPr>
          <w:rFonts w:asciiTheme="minorEastAsia" w:eastAsiaTheme="minorEastAsia" w:hAnsiTheme="minorEastAsia" w:hint="eastAsia"/>
          <w:sz w:val="20"/>
          <w:szCs w:val="20"/>
          <w:lang w:eastAsia="ja-JP"/>
        </w:rPr>
        <w:t>）</w:t>
      </w:r>
      <w:r w:rsidR="006A37C0" w:rsidRPr="00D25145">
        <w:rPr>
          <w:rFonts w:asciiTheme="minorEastAsia" w:eastAsiaTheme="minorEastAsia" w:hAnsiTheme="minorEastAsia" w:hint="eastAsia"/>
          <w:sz w:val="20"/>
          <w:szCs w:val="20"/>
          <w:u w:val="single"/>
          <w:lang w:eastAsia="ja-JP"/>
        </w:rPr>
        <w:t xml:space="preserve">　　　　　　　　　　　　　　　　　　　　</w:t>
      </w:r>
    </w:p>
    <w:p w14:paraId="247D032F" w14:textId="55283D6C" w:rsidR="006A37C0" w:rsidRPr="00D25145" w:rsidRDefault="00A70FA2" w:rsidP="00A70FA2">
      <w:pPr>
        <w:tabs>
          <w:tab w:val="left" w:pos="2977"/>
        </w:tabs>
        <w:spacing w:beforeLines="50" w:before="166" w:line="354" w:lineRule="exact"/>
        <w:ind w:right="-46"/>
        <w:rPr>
          <w:rFonts w:asciiTheme="minorEastAsia" w:eastAsiaTheme="minorEastAsia" w:hAnsiTheme="minorEastAsia"/>
          <w:sz w:val="20"/>
          <w:szCs w:val="20"/>
        </w:rPr>
      </w:pPr>
      <w:r w:rsidRPr="00D25145">
        <w:rPr>
          <w:rFonts w:asciiTheme="minorEastAsia" w:eastAsiaTheme="minorEastAsia" w:hAnsiTheme="minorEastAsia"/>
          <w:sz w:val="20"/>
          <w:szCs w:val="20"/>
          <w:lang w:eastAsia="ja-JP"/>
        </w:rPr>
        <w:tab/>
      </w:r>
      <w:proofErr w:type="spellStart"/>
      <w:r w:rsidR="006A37C0" w:rsidRPr="00D25145">
        <w:rPr>
          <w:rFonts w:asciiTheme="minorEastAsia" w:eastAsiaTheme="minorEastAsia" w:hAnsiTheme="minorEastAsia"/>
          <w:sz w:val="20"/>
          <w:szCs w:val="20"/>
        </w:rPr>
        <w:t>連絡先電話番号：携帯</w:t>
      </w:r>
      <w:proofErr w:type="spellEnd"/>
      <w:r w:rsidRPr="00D25145">
        <w:rPr>
          <w:rFonts w:asciiTheme="minorEastAsia" w:eastAsiaTheme="minorEastAsia" w:hAnsiTheme="minorEastAsia" w:hint="eastAsia"/>
          <w:sz w:val="20"/>
          <w:szCs w:val="20"/>
          <w:lang w:eastAsia="ja-JP"/>
        </w:rPr>
        <w:t>）</w:t>
      </w:r>
      <w:r w:rsidR="006A37C0" w:rsidRPr="00D25145">
        <w:rPr>
          <w:rFonts w:asciiTheme="minorEastAsia" w:eastAsiaTheme="minorEastAsia" w:hAnsiTheme="minorEastAsia" w:hint="eastAsia"/>
          <w:sz w:val="20"/>
          <w:szCs w:val="20"/>
          <w:u w:val="single" w:color="000000"/>
        </w:rPr>
        <w:t xml:space="preserve">　</w:t>
      </w:r>
      <w:r w:rsidRPr="00D25145">
        <w:rPr>
          <w:rFonts w:asciiTheme="minorEastAsia" w:eastAsiaTheme="minorEastAsia" w:hAnsiTheme="minorEastAsia" w:hint="eastAsia"/>
          <w:sz w:val="20"/>
          <w:szCs w:val="20"/>
          <w:u w:val="single" w:color="000000"/>
          <w:lang w:eastAsia="ja-JP"/>
        </w:rPr>
        <w:t xml:space="preserve">　</w:t>
      </w:r>
      <w:r w:rsidR="006A37C0" w:rsidRPr="00D25145">
        <w:rPr>
          <w:rFonts w:asciiTheme="minorEastAsia" w:eastAsiaTheme="minorEastAsia" w:hAnsiTheme="minorEastAsia" w:hint="eastAsia"/>
          <w:sz w:val="20"/>
          <w:szCs w:val="20"/>
          <w:u w:val="single" w:color="000000"/>
        </w:rPr>
        <w:t xml:space="preserve">　　　　　　　　</w:t>
      </w:r>
      <w:r w:rsidR="006A37C0" w:rsidRPr="00D25145">
        <w:rPr>
          <w:rFonts w:asciiTheme="minorEastAsia" w:eastAsiaTheme="minorEastAsia" w:hAnsiTheme="minorEastAsia" w:hint="eastAsia"/>
          <w:sz w:val="20"/>
          <w:szCs w:val="20"/>
          <w:u w:val="single" w:color="000000"/>
          <w:lang w:eastAsia="ja-JP"/>
        </w:rPr>
        <w:t xml:space="preserve">　</w:t>
      </w:r>
      <w:r w:rsidR="006A37C0" w:rsidRPr="00D25145">
        <w:rPr>
          <w:rFonts w:asciiTheme="minorEastAsia" w:eastAsiaTheme="minorEastAsia" w:hAnsiTheme="minorEastAsia" w:hint="eastAsia"/>
          <w:sz w:val="20"/>
          <w:szCs w:val="20"/>
          <w:u w:val="single" w:color="000000"/>
        </w:rPr>
        <w:t xml:space="preserve">　　　</w:t>
      </w:r>
      <w:proofErr w:type="spellStart"/>
      <w:r w:rsidR="006A37C0" w:rsidRPr="00D25145">
        <w:rPr>
          <w:rFonts w:asciiTheme="minorEastAsia" w:eastAsiaTheme="minorEastAsia" w:hAnsiTheme="minorEastAsia"/>
          <w:sz w:val="20"/>
          <w:szCs w:val="20"/>
        </w:rPr>
        <w:t>続柄</w:t>
      </w:r>
      <w:proofErr w:type="spellEnd"/>
      <w:r w:rsidR="00AD64AF" w:rsidRPr="00D25145">
        <w:rPr>
          <w:rFonts w:asciiTheme="minorEastAsia" w:eastAsiaTheme="minorEastAsia" w:hAnsiTheme="minorEastAsia"/>
          <w:sz w:val="20"/>
          <w:szCs w:val="20"/>
        </w:rPr>
        <w:t>(</w:t>
      </w:r>
      <w:r w:rsidR="006A37C0" w:rsidRPr="00D25145">
        <w:rPr>
          <w:rFonts w:asciiTheme="minorEastAsia" w:eastAsiaTheme="minorEastAsia" w:hAnsiTheme="minorEastAsia" w:hint="eastAsia"/>
          <w:spacing w:val="14"/>
          <w:sz w:val="20"/>
          <w:szCs w:val="20"/>
          <w:u w:val="single" w:color="000000"/>
        </w:rPr>
        <w:t xml:space="preserve">　　　</w:t>
      </w:r>
      <w:r w:rsidR="00AD64AF" w:rsidRPr="00D25145">
        <w:rPr>
          <w:rFonts w:asciiTheme="minorEastAsia" w:eastAsiaTheme="minorEastAsia" w:hAnsiTheme="minorEastAsia"/>
          <w:sz w:val="20"/>
          <w:szCs w:val="20"/>
        </w:rPr>
        <w:t>)</w:t>
      </w:r>
    </w:p>
    <w:p w14:paraId="3903339A" w14:textId="77777777" w:rsidR="00A001B7" w:rsidRDefault="00A70FA2" w:rsidP="008A2954">
      <w:pPr>
        <w:tabs>
          <w:tab w:val="left" w:pos="2977"/>
        </w:tabs>
        <w:wordWrap w:val="0"/>
        <w:spacing w:beforeLines="50" w:before="166" w:after="20" w:line="354" w:lineRule="exact"/>
        <w:ind w:right="-46"/>
        <w:rPr>
          <w:rFonts w:asciiTheme="minorEastAsia" w:eastAsiaTheme="minorEastAsia" w:hAnsiTheme="minorEastAsia"/>
          <w:sz w:val="20"/>
          <w:szCs w:val="20"/>
          <w:u w:val="single" w:color="000000" w:themeColor="text1"/>
          <w:lang w:eastAsia="ja-JP"/>
        </w:rPr>
      </w:pPr>
      <w:r w:rsidRPr="00D25145">
        <w:rPr>
          <w:rFonts w:asciiTheme="minorEastAsia" w:eastAsiaTheme="minorEastAsia" w:hAnsiTheme="minorEastAsia"/>
          <w:sz w:val="20"/>
          <w:szCs w:val="20"/>
          <w:lang w:eastAsia="ja-JP"/>
        </w:rPr>
        <w:tab/>
      </w:r>
      <w:r w:rsidR="006A37C0" w:rsidRPr="00D25145">
        <w:rPr>
          <w:rFonts w:asciiTheme="minorEastAsia" w:eastAsiaTheme="minorEastAsia" w:hAnsiTheme="minorEastAsia"/>
          <w:sz w:val="20"/>
          <w:szCs w:val="20"/>
          <w:lang w:eastAsia="ja-JP"/>
        </w:rPr>
        <w:t>将来入学予定の小学校名</w:t>
      </w:r>
      <w:r w:rsidR="006A37C0" w:rsidRPr="00D25145">
        <w:rPr>
          <w:rFonts w:asciiTheme="minorEastAsia" w:eastAsiaTheme="minorEastAsia" w:hAnsiTheme="minorEastAsia" w:hint="eastAsia"/>
          <w:sz w:val="20"/>
          <w:szCs w:val="20"/>
          <w:u w:val="single" w:color="000000" w:themeColor="text1"/>
          <w:lang w:eastAsia="ja-JP"/>
        </w:rPr>
        <w:t xml:space="preserve">　　　　　　　　　　　　　　　　　　　　</w:t>
      </w:r>
    </w:p>
    <w:p w14:paraId="6EBA5372" w14:textId="77777777" w:rsidR="00E42020" w:rsidRDefault="00E42020" w:rsidP="008A2954">
      <w:pPr>
        <w:tabs>
          <w:tab w:val="left" w:pos="2977"/>
        </w:tabs>
        <w:wordWrap w:val="0"/>
        <w:spacing w:beforeLines="50" w:before="166" w:after="20" w:line="354" w:lineRule="exact"/>
        <w:ind w:right="-46"/>
        <w:rPr>
          <w:rFonts w:asciiTheme="minorEastAsia" w:eastAsiaTheme="minorEastAsia" w:hAnsiTheme="minorEastAsia"/>
          <w:sz w:val="20"/>
          <w:szCs w:val="20"/>
          <w:u w:val="single" w:color="000000" w:themeColor="text1"/>
          <w:lang w:eastAsia="ja-JP"/>
        </w:rPr>
      </w:pPr>
    </w:p>
    <w:p w14:paraId="7E87CDCD" w14:textId="77777777" w:rsidR="00E42020" w:rsidRDefault="00E42020" w:rsidP="008A2954">
      <w:pPr>
        <w:tabs>
          <w:tab w:val="left" w:pos="2977"/>
        </w:tabs>
        <w:wordWrap w:val="0"/>
        <w:spacing w:beforeLines="50" w:before="166" w:after="20" w:line="354" w:lineRule="exact"/>
        <w:ind w:right="-46"/>
        <w:rPr>
          <w:rFonts w:asciiTheme="minorEastAsia" w:eastAsiaTheme="minorEastAsia" w:hAnsiTheme="minorEastAsia" w:hint="eastAsia"/>
          <w:sz w:val="20"/>
          <w:szCs w:val="20"/>
          <w:u w:val="single" w:color="000000" w:themeColor="text1"/>
          <w:lang w:eastAsia="ja-JP"/>
        </w:rPr>
        <w:sectPr w:rsidR="00E42020" w:rsidSect="00557ACE">
          <w:pgSz w:w="11906" w:h="16838"/>
          <w:pgMar w:top="1440" w:right="1440" w:bottom="1440" w:left="1440" w:header="720" w:footer="720" w:gutter="0"/>
          <w:cols w:space="720"/>
          <w:docGrid w:type="linesAndChars" w:linePitch="332" w:charSpace="-1229"/>
        </w:sectPr>
      </w:pPr>
    </w:p>
    <w:p w14:paraId="7BB43989" w14:textId="506A63E5" w:rsidR="00A001B7" w:rsidRPr="0063200A" w:rsidRDefault="00A001B7" w:rsidP="00A001B7">
      <w:pPr>
        <w:pStyle w:val="aff4"/>
        <w:ind w:firstLineChars="300" w:firstLine="663"/>
        <w:jc w:val="left"/>
        <w:rPr>
          <w:rFonts w:ascii="ＭＳ ゴシック" w:eastAsia="ＭＳ ゴシック" w:hAnsi="ＭＳ ゴシック" w:cs="ＭＳ ゴシック"/>
          <w:b/>
          <w:bCs/>
          <w:spacing w:val="19"/>
          <w:sz w:val="22"/>
          <w:szCs w:val="22"/>
        </w:rPr>
      </w:pPr>
      <w:r w:rsidRPr="0063200A">
        <w:rPr>
          <w:rFonts w:ascii="ＭＳ ゴシック" w:eastAsia="ＭＳ ゴシック" w:hAnsi="ＭＳ ゴシック" w:cs="ＭＳ ゴシック" w:hint="eastAsia"/>
          <w:b/>
          <w:bCs/>
          <w:noProof/>
          <w:spacing w:val="19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AB310" wp14:editId="21D3AB96">
                <wp:simplePos x="0" y="0"/>
                <wp:positionH relativeFrom="column">
                  <wp:posOffset>249555</wp:posOffset>
                </wp:positionH>
                <wp:positionV relativeFrom="paragraph">
                  <wp:posOffset>48895</wp:posOffset>
                </wp:positionV>
                <wp:extent cx="3562350" cy="581025"/>
                <wp:effectExtent l="6350" t="6985" r="12700" b="12065"/>
                <wp:wrapNone/>
                <wp:docPr id="2015364605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2350" cy="58102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1CCD7" id="正方形/長方形 3" o:spid="_x0000_s1026" style="position:absolute;margin-left:19.65pt;margin-top:3.85pt;width:280.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" filled="f">
                <v:textbox style="mso-fit-shape-to-text:t"/>
              </v:rect>
            </w:pict>
          </mc:Fallback>
        </mc:AlternateContent>
      </w:r>
    </w:p>
    <w:p w14:paraId="4C103CF9" w14:textId="77777777" w:rsidR="00A001B7" w:rsidRPr="0063200A" w:rsidRDefault="00A001B7" w:rsidP="00A001B7">
      <w:pPr>
        <w:pStyle w:val="aff4"/>
        <w:ind w:firstLineChars="200" w:firstLine="480"/>
        <w:jc w:val="left"/>
        <w:rPr>
          <w:rFonts w:ascii="ＭＳ ゴシック" w:eastAsia="ＭＳ ゴシック" w:hAnsi="ＭＳ ゴシック" w:cs="ＭＳ ゴシック"/>
          <w:b/>
          <w:bCs/>
          <w:spacing w:val="19"/>
          <w:sz w:val="22"/>
          <w:szCs w:val="22"/>
        </w:rPr>
      </w:pPr>
      <w:r w:rsidRPr="0063200A">
        <w:rPr>
          <w:rFonts w:ascii="ＭＳ ゴシック" w:eastAsia="ＭＳ ゴシック" w:hAnsi="ＭＳ ゴシック" w:cs="ＭＳ ゴシック" w:hint="eastAsia"/>
          <w:b/>
          <w:bCs/>
          <w:spacing w:val="19"/>
          <w:sz w:val="22"/>
          <w:szCs w:val="22"/>
        </w:rPr>
        <w:t>フリガナ</w:t>
      </w:r>
    </w:p>
    <w:p w14:paraId="25FFEE35" w14:textId="77777777" w:rsidR="00A001B7" w:rsidRPr="0063200A" w:rsidRDefault="00A001B7" w:rsidP="00A001B7">
      <w:pPr>
        <w:pStyle w:val="aff4"/>
        <w:ind w:firstLineChars="200" w:firstLine="520"/>
        <w:jc w:val="left"/>
        <w:rPr>
          <w:rFonts w:ascii="ＭＳ ゴシック" w:eastAsia="ＭＳ ゴシック" w:hAnsi="ＭＳ ゴシック" w:cs="ＭＳ ゴシック"/>
          <w:b/>
          <w:bCs/>
          <w:spacing w:val="19"/>
          <w:sz w:val="24"/>
          <w:szCs w:val="24"/>
          <w:u w:val="single"/>
        </w:rPr>
      </w:pPr>
      <w:r w:rsidRPr="0063200A">
        <w:rPr>
          <w:rFonts w:ascii="ＭＳ ゴシック" w:eastAsia="ＭＳ ゴシック" w:hAnsi="ＭＳ ゴシック" w:cs="ＭＳ ゴシック" w:hint="eastAsia"/>
          <w:b/>
          <w:bCs/>
          <w:spacing w:val="19"/>
          <w:sz w:val="24"/>
          <w:szCs w:val="24"/>
        </w:rPr>
        <w:t>幼児氏名</w:t>
      </w:r>
      <w:r w:rsidRPr="0063200A">
        <w:rPr>
          <w:rFonts w:ascii="ＭＳ ゴシック" w:eastAsia="ＭＳ ゴシック" w:hAnsi="ＭＳ ゴシック" w:cs="ＭＳ ゴシック" w:hint="eastAsia"/>
          <w:b/>
          <w:bCs/>
          <w:spacing w:val="19"/>
          <w:sz w:val="24"/>
          <w:szCs w:val="24"/>
          <w:u w:val="single"/>
        </w:rPr>
        <w:t xml:space="preserve">　　　　　　　　　　　　　　</w:t>
      </w:r>
      <w:r w:rsidRPr="0063200A">
        <w:rPr>
          <w:rFonts w:ascii="ＭＳ ゴシック" w:eastAsia="ＭＳ ゴシック" w:hAnsi="ＭＳ ゴシック" w:cs="ＭＳ ゴシック" w:hint="eastAsia"/>
          <w:b/>
          <w:bCs/>
          <w:spacing w:val="19"/>
          <w:sz w:val="24"/>
          <w:szCs w:val="24"/>
        </w:rPr>
        <w:t xml:space="preserve">　</w:t>
      </w:r>
    </w:p>
    <w:p w14:paraId="6662213F" w14:textId="77777777" w:rsidR="00A001B7" w:rsidRPr="0063200A" w:rsidRDefault="00A001B7" w:rsidP="00A001B7">
      <w:pPr>
        <w:pStyle w:val="aff4"/>
        <w:jc w:val="center"/>
        <w:rPr>
          <w:rFonts w:ascii="ＭＳ ゴシック" w:eastAsia="ＭＳ ゴシック" w:hAnsi="ＭＳ ゴシック" w:cs="ＭＳ ゴシック"/>
          <w:b/>
          <w:bCs/>
          <w:spacing w:val="19"/>
          <w:sz w:val="22"/>
          <w:szCs w:val="22"/>
        </w:rPr>
      </w:pPr>
    </w:p>
    <w:p w14:paraId="5DA25E5A" w14:textId="77777777" w:rsidR="00A001B7" w:rsidRPr="0063200A" w:rsidRDefault="00A001B7" w:rsidP="00A001B7">
      <w:pPr>
        <w:pStyle w:val="aff4"/>
        <w:ind w:leftChars="65" w:left="156"/>
        <w:rPr>
          <w:rFonts w:cs="Times New Roman"/>
          <w:spacing w:val="12"/>
          <w:sz w:val="18"/>
          <w:szCs w:val="18"/>
        </w:rPr>
      </w:pPr>
    </w:p>
    <w:p w14:paraId="390A9530" w14:textId="77777777" w:rsidR="00A001B7" w:rsidRPr="0063200A" w:rsidRDefault="00A001B7" w:rsidP="00A001B7">
      <w:pPr>
        <w:tabs>
          <w:tab w:val="left" w:pos="3810"/>
        </w:tabs>
        <w:rPr>
          <w:lang w:eastAsia="ja-JP"/>
        </w:rPr>
      </w:pPr>
    </w:p>
    <w:p w14:paraId="660A1AE4" w14:textId="77777777" w:rsidR="00A001B7" w:rsidRPr="0063200A" w:rsidRDefault="00A001B7" w:rsidP="00A001B7">
      <w:pPr>
        <w:pStyle w:val="aff4"/>
        <w:ind w:firstLineChars="200" w:firstLine="520"/>
        <w:jc w:val="left"/>
        <w:rPr>
          <w:rFonts w:ascii="ＭＳ ゴシック" w:eastAsia="ＭＳ ゴシック" w:hAnsi="ＭＳ ゴシック" w:cs="ＭＳ ゴシック"/>
          <w:b/>
          <w:bCs/>
          <w:spacing w:val="19"/>
          <w:sz w:val="24"/>
          <w:szCs w:val="24"/>
        </w:rPr>
      </w:pPr>
      <w:r w:rsidRPr="0063200A">
        <w:rPr>
          <w:rFonts w:ascii="ＭＳ ゴシック" w:eastAsia="ＭＳ ゴシック" w:hAnsi="ＭＳ ゴシック" w:cs="ＭＳ ゴシック" w:hint="eastAsia"/>
          <w:b/>
          <w:bCs/>
          <w:spacing w:val="19"/>
          <w:sz w:val="24"/>
          <w:szCs w:val="24"/>
        </w:rPr>
        <w:t>お子様の生活に関する質問についてお答えください。</w:t>
      </w:r>
    </w:p>
    <w:p w14:paraId="2CB68F78" w14:textId="77777777" w:rsidR="00A001B7" w:rsidRPr="0063200A" w:rsidRDefault="00A001B7" w:rsidP="00A001B7">
      <w:pPr>
        <w:pStyle w:val="aff4"/>
        <w:jc w:val="left"/>
        <w:rPr>
          <w:rFonts w:ascii="ＭＳ ゴシック" w:eastAsia="ＭＳ ゴシック" w:hAnsi="ＭＳ ゴシック" w:cs="ＭＳ ゴシック"/>
          <w:b/>
          <w:bCs/>
          <w:spacing w:val="19"/>
          <w:sz w:val="22"/>
          <w:szCs w:val="22"/>
        </w:rPr>
      </w:pPr>
    </w:p>
    <w:p w14:paraId="72AAC4FC" w14:textId="77777777" w:rsidR="00A001B7" w:rsidRPr="0063200A" w:rsidRDefault="00A001B7" w:rsidP="00A001B7">
      <w:pPr>
        <w:pStyle w:val="aff4"/>
        <w:ind w:leftChars="65" w:left="156"/>
        <w:rPr>
          <w:rFonts w:cs="Times New Roman"/>
          <w:spacing w:val="12"/>
          <w:sz w:val="18"/>
          <w:szCs w:val="18"/>
        </w:rPr>
      </w:pPr>
    </w:p>
    <w:p w14:paraId="1C53E1F3" w14:textId="77777777" w:rsidR="00A001B7" w:rsidRPr="0063200A" w:rsidRDefault="00A001B7" w:rsidP="00A001B7">
      <w:pPr>
        <w:pStyle w:val="aff4"/>
        <w:ind w:leftChars="65" w:left="156"/>
        <w:rPr>
          <w:rFonts w:cs="Times New Roman"/>
          <w:spacing w:val="12"/>
          <w:sz w:val="18"/>
          <w:szCs w:val="18"/>
        </w:rPr>
      </w:pPr>
    </w:p>
    <w:p w14:paraId="590FD80E" w14:textId="77777777" w:rsidR="00A001B7" w:rsidRPr="0063200A" w:rsidRDefault="00A001B7" w:rsidP="00A001B7">
      <w:pPr>
        <w:pStyle w:val="aff4"/>
        <w:ind w:firstLineChars="200" w:firstLine="504"/>
        <w:rPr>
          <w:spacing w:val="0"/>
          <w:sz w:val="24"/>
          <w:szCs w:val="24"/>
        </w:rPr>
      </w:pPr>
      <w:r w:rsidRPr="0063200A">
        <w:rPr>
          <w:rFonts w:ascii="ＭＳ 明朝" w:hAnsi="ＭＳ 明朝" w:hint="eastAsia"/>
          <w:spacing w:val="12"/>
          <w:sz w:val="24"/>
          <w:szCs w:val="24"/>
        </w:rPr>
        <w:t>※(1)～(5)までは「はい」又は「いいえ」を○で囲んでください。</w:t>
      </w:r>
    </w:p>
    <w:p w14:paraId="4FE07471" w14:textId="77777777" w:rsidR="00A001B7" w:rsidRPr="0063200A" w:rsidRDefault="00A001B7" w:rsidP="00A001B7">
      <w:pPr>
        <w:pStyle w:val="aff4"/>
        <w:rPr>
          <w:rFonts w:ascii="ＭＳ 明朝" w:hAnsi="ＭＳ 明朝"/>
          <w:sz w:val="24"/>
          <w:szCs w:val="24"/>
        </w:rPr>
      </w:pPr>
    </w:p>
    <w:p w14:paraId="70DFE758" w14:textId="77777777" w:rsidR="00A001B7" w:rsidRPr="0063200A" w:rsidRDefault="00A001B7" w:rsidP="00A001B7">
      <w:pPr>
        <w:pStyle w:val="aff4"/>
        <w:rPr>
          <w:rFonts w:ascii="ＭＳ 明朝" w:hAnsi="ＭＳ 明朝"/>
          <w:sz w:val="24"/>
          <w:szCs w:val="24"/>
        </w:rPr>
      </w:pPr>
    </w:p>
    <w:p w14:paraId="58BB0212" w14:textId="77777777" w:rsidR="00A001B7" w:rsidRPr="0063200A" w:rsidRDefault="00A001B7" w:rsidP="00A001B7">
      <w:pPr>
        <w:pStyle w:val="aff4"/>
        <w:ind w:firstLineChars="200" w:firstLine="514"/>
        <w:rPr>
          <w:rFonts w:ascii="ＭＳ 明朝" w:hAnsi="ＭＳ 明朝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>(1)　人と話ができますか。　（はい・いいえ）</w:t>
      </w:r>
    </w:p>
    <w:p w14:paraId="194B43FC" w14:textId="77777777" w:rsidR="00A001B7" w:rsidRPr="0063200A" w:rsidRDefault="00A001B7" w:rsidP="00A001B7">
      <w:pPr>
        <w:pStyle w:val="aff4"/>
        <w:rPr>
          <w:spacing w:val="0"/>
          <w:sz w:val="24"/>
          <w:szCs w:val="24"/>
        </w:rPr>
      </w:pPr>
    </w:p>
    <w:p w14:paraId="777BCD0C" w14:textId="77777777" w:rsidR="00A001B7" w:rsidRPr="0063200A" w:rsidRDefault="00A001B7" w:rsidP="00A001B7">
      <w:pPr>
        <w:pStyle w:val="aff4"/>
        <w:ind w:firstLineChars="200" w:firstLine="514"/>
        <w:rPr>
          <w:rFonts w:ascii="ＭＳ 明朝" w:hAnsi="ＭＳ 明朝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>(2)　言葉はハッキリしていますか。　（はい・いいえ）</w:t>
      </w:r>
    </w:p>
    <w:p w14:paraId="63762F88" w14:textId="77777777" w:rsidR="00A001B7" w:rsidRPr="0063200A" w:rsidRDefault="00A001B7" w:rsidP="00A001B7">
      <w:pPr>
        <w:pStyle w:val="aff4"/>
        <w:rPr>
          <w:spacing w:val="0"/>
          <w:sz w:val="24"/>
          <w:szCs w:val="24"/>
        </w:rPr>
      </w:pPr>
    </w:p>
    <w:p w14:paraId="480A5D15" w14:textId="77777777" w:rsidR="00A001B7" w:rsidRPr="0063200A" w:rsidRDefault="00A001B7" w:rsidP="00A001B7">
      <w:pPr>
        <w:pStyle w:val="aff4"/>
        <w:ind w:firstLineChars="200" w:firstLine="514"/>
        <w:rPr>
          <w:rFonts w:ascii="ＭＳ 明朝" w:hAnsi="ＭＳ 明朝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>(3)　衣服の着脱は自分でできますか。　（はい・いいえ）</w:t>
      </w:r>
    </w:p>
    <w:p w14:paraId="50A1BEF4" w14:textId="77777777" w:rsidR="00A001B7" w:rsidRPr="0063200A" w:rsidRDefault="00A001B7" w:rsidP="00A001B7">
      <w:pPr>
        <w:pStyle w:val="aff4"/>
        <w:rPr>
          <w:spacing w:val="0"/>
          <w:sz w:val="24"/>
          <w:szCs w:val="24"/>
        </w:rPr>
      </w:pPr>
    </w:p>
    <w:p w14:paraId="682765B0" w14:textId="77777777" w:rsidR="00A001B7" w:rsidRPr="0063200A" w:rsidRDefault="00A001B7" w:rsidP="00A001B7">
      <w:pPr>
        <w:pStyle w:val="aff4"/>
        <w:ind w:firstLineChars="200" w:firstLine="514"/>
        <w:rPr>
          <w:rFonts w:ascii="ＭＳ 明朝" w:hAnsi="ＭＳ 明朝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>(4)　用便後の始末が自分でできますか。　（はい・いいえ）</w:t>
      </w:r>
    </w:p>
    <w:p w14:paraId="4A7502FA" w14:textId="77777777" w:rsidR="00A001B7" w:rsidRPr="0063200A" w:rsidRDefault="00A001B7" w:rsidP="00A001B7">
      <w:pPr>
        <w:pStyle w:val="aff4"/>
        <w:rPr>
          <w:spacing w:val="0"/>
          <w:sz w:val="24"/>
          <w:szCs w:val="24"/>
        </w:rPr>
      </w:pPr>
    </w:p>
    <w:p w14:paraId="06001C32" w14:textId="77777777" w:rsidR="00A001B7" w:rsidRPr="0063200A" w:rsidRDefault="00A001B7" w:rsidP="00A001B7">
      <w:pPr>
        <w:pStyle w:val="aff4"/>
        <w:ind w:firstLineChars="200" w:firstLine="514"/>
        <w:rPr>
          <w:rFonts w:ascii="ＭＳ 明朝" w:hAnsi="ＭＳ 明朝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>(5)　食事は自分でできますか。　（はい・いいえ）</w:t>
      </w:r>
    </w:p>
    <w:p w14:paraId="4D4668CE" w14:textId="77777777" w:rsidR="00A001B7" w:rsidRPr="0063200A" w:rsidRDefault="00A001B7" w:rsidP="00A001B7">
      <w:pPr>
        <w:pStyle w:val="aff4"/>
        <w:rPr>
          <w:spacing w:val="0"/>
          <w:sz w:val="24"/>
          <w:szCs w:val="24"/>
        </w:rPr>
      </w:pPr>
    </w:p>
    <w:p w14:paraId="33F09653" w14:textId="77777777" w:rsidR="00A001B7" w:rsidRPr="0063200A" w:rsidRDefault="00A001B7" w:rsidP="00A001B7">
      <w:pPr>
        <w:pStyle w:val="aff4"/>
        <w:ind w:firstLineChars="200" w:firstLine="514"/>
        <w:rPr>
          <w:rFonts w:ascii="ＭＳ 明朝" w:hAnsi="ＭＳ 明朝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>(6)　発達相談等を受けたことがありましたら，相談先と内容を記入してください。</w:t>
      </w:r>
    </w:p>
    <w:p w14:paraId="2FC3C24C" w14:textId="77777777" w:rsidR="00A001B7" w:rsidRPr="0063200A" w:rsidRDefault="00A001B7" w:rsidP="00A001B7">
      <w:pPr>
        <w:pStyle w:val="aff4"/>
        <w:rPr>
          <w:spacing w:val="0"/>
          <w:sz w:val="24"/>
          <w:szCs w:val="24"/>
        </w:rPr>
      </w:pPr>
    </w:p>
    <w:p w14:paraId="0401B6C7" w14:textId="77777777" w:rsidR="00A001B7" w:rsidRPr="0063200A" w:rsidRDefault="00A001B7" w:rsidP="00A001B7">
      <w:pPr>
        <w:pStyle w:val="aff4"/>
        <w:rPr>
          <w:spacing w:val="0"/>
          <w:sz w:val="24"/>
          <w:szCs w:val="24"/>
        </w:rPr>
      </w:pPr>
    </w:p>
    <w:p w14:paraId="50CDA99D" w14:textId="77777777" w:rsidR="00A001B7" w:rsidRPr="0063200A" w:rsidRDefault="00A001B7" w:rsidP="00A001B7">
      <w:pPr>
        <w:pStyle w:val="aff4"/>
        <w:rPr>
          <w:rFonts w:ascii="ＭＳ 明朝" w:hAnsi="ＭＳ 明朝"/>
          <w:sz w:val="24"/>
          <w:szCs w:val="24"/>
          <w:u w:val="single" w:color="000000"/>
        </w:rPr>
      </w:pPr>
      <w:r w:rsidRPr="0063200A">
        <w:rPr>
          <w:rFonts w:ascii="ＭＳ 明朝" w:hAnsi="ＭＳ 明朝" w:hint="eastAsia"/>
          <w:sz w:val="24"/>
          <w:szCs w:val="24"/>
        </w:rPr>
        <w:t xml:space="preserve">　  　　・</w:t>
      </w:r>
      <w:r w:rsidRPr="00A001B7">
        <w:rPr>
          <w:rFonts w:ascii="ＭＳ 明朝" w:hAnsi="ＭＳ 明朝" w:hint="eastAsia"/>
          <w:spacing w:val="45"/>
          <w:sz w:val="24"/>
          <w:szCs w:val="24"/>
          <w:fitText w:val="810" w:id="-368389120"/>
        </w:rPr>
        <w:t>相談</w:t>
      </w:r>
      <w:r w:rsidRPr="00A001B7">
        <w:rPr>
          <w:rFonts w:ascii="ＭＳ 明朝" w:hAnsi="ＭＳ 明朝" w:hint="eastAsia"/>
          <w:spacing w:val="0"/>
          <w:sz w:val="24"/>
          <w:szCs w:val="24"/>
          <w:fitText w:val="810" w:id="-368389120"/>
        </w:rPr>
        <w:t>先</w:t>
      </w:r>
      <w:r w:rsidRPr="0063200A">
        <w:rPr>
          <w:rFonts w:ascii="ＭＳ 明朝" w:hAnsi="ＭＳ 明朝" w:hint="eastAsia"/>
          <w:sz w:val="24"/>
          <w:szCs w:val="24"/>
        </w:rPr>
        <w:t>：</w:t>
      </w:r>
      <w:r w:rsidRPr="0063200A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　　　　　</w:t>
      </w:r>
    </w:p>
    <w:p w14:paraId="7CF0C426" w14:textId="77777777" w:rsidR="00A001B7" w:rsidRPr="0063200A" w:rsidRDefault="00A001B7" w:rsidP="00A001B7">
      <w:pPr>
        <w:pStyle w:val="aff4"/>
        <w:ind w:firstLineChars="100" w:firstLine="257"/>
        <w:rPr>
          <w:rFonts w:ascii="ＭＳ 明朝" w:hAnsi="ＭＳ 明朝"/>
          <w:sz w:val="24"/>
          <w:szCs w:val="24"/>
          <w:u w:val="single" w:color="000000"/>
        </w:rPr>
      </w:pPr>
    </w:p>
    <w:p w14:paraId="3BA1D706" w14:textId="77777777" w:rsidR="00A001B7" w:rsidRPr="0063200A" w:rsidRDefault="00A001B7" w:rsidP="00A001B7">
      <w:pPr>
        <w:pStyle w:val="aff4"/>
        <w:ind w:firstLineChars="400" w:firstLine="1028"/>
        <w:rPr>
          <w:rFonts w:ascii="ＭＳ 明朝" w:hAnsi="ＭＳ 明朝"/>
          <w:sz w:val="24"/>
          <w:szCs w:val="24"/>
          <w:u w:val="single" w:color="000000"/>
        </w:rPr>
      </w:pPr>
      <w:r w:rsidRPr="0063200A">
        <w:rPr>
          <w:rFonts w:ascii="ＭＳ 明朝" w:hAnsi="ＭＳ 明朝" w:hint="eastAsia"/>
          <w:sz w:val="24"/>
          <w:szCs w:val="24"/>
        </w:rPr>
        <w:t>・相談時期：</w:t>
      </w:r>
      <w:r w:rsidRPr="0063200A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年　　　月頃</w:t>
      </w:r>
    </w:p>
    <w:p w14:paraId="4AC2C657" w14:textId="77777777" w:rsidR="00A001B7" w:rsidRPr="0063200A" w:rsidRDefault="00A001B7" w:rsidP="00A001B7">
      <w:pPr>
        <w:pStyle w:val="aff4"/>
        <w:rPr>
          <w:rFonts w:ascii="ＭＳ 明朝" w:hAnsi="ＭＳ 明朝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 xml:space="preserve">　</w:t>
      </w:r>
    </w:p>
    <w:p w14:paraId="2D3FC42F" w14:textId="77777777" w:rsidR="00A001B7" w:rsidRPr="0063200A" w:rsidRDefault="00A001B7" w:rsidP="00A001B7">
      <w:pPr>
        <w:pStyle w:val="aff4"/>
        <w:ind w:firstLineChars="400" w:firstLine="1028"/>
        <w:rPr>
          <w:rFonts w:ascii="ＭＳ 明朝" w:hAnsi="ＭＳ 明朝"/>
          <w:sz w:val="24"/>
          <w:szCs w:val="24"/>
          <w:u w:val="single" w:color="000000"/>
        </w:rPr>
      </w:pPr>
      <w:r w:rsidRPr="0063200A">
        <w:rPr>
          <w:rFonts w:ascii="ＭＳ 明朝" w:hAnsi="ＭＳ 明朝" w:hint="eastAsia"/>
          <w:sz w:val="24"/>
          <w:szCs w:val="24"/>
        </w:rPr>
        <w:t>・相談内容：</w:t>
      </w:r>
      <w:r w:rsidRPr="0063200A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　　　　　　　　　　　　　　　　　　</w:t>
      </w:r>
    </w:p>
    <w:p w14:paraId="02560AFB" w14:textId="77777777" w:rsidR="00A001B7" w:rsidRPr="0063200A" w:rsidRDefault="00A001B7" w:rsidP="00A001B7">
      <w:pPr>
        <w:pStyle w:val="aff4"/>
        <w:ind w:firstLineChars="100" w:firstLine="240"/>
        <w:rPr>
          <w:spacing w:val="0"/>
          <w:sz w:val="24"/>
          <w:szCs w:val="24"/>
        </w:rPr>
      </w:pPr>
    </w:p>
    <w:p w14:paraId="01754B17" w14:textId="6B620BA3" w:rsidR="00E521E0" w:rsidRPr="0063200A" w:rsidRDefault="00A001B7" w:rsidP="00E521E0">
      <w:pPr>
        <w:pStyle w:val="aff4"/>
        <w:ind w:firstLineChars="400" w:firstLine="992"/>
        <w:rPr>
          <w:rFonts w:ascii="ＭＳ 明朝" w:hAnsi="ＭＳ 明朝"/>
          <w:sz w:val="24"/>
          <w:szCs w:val="24"/>
          <w:u w:val="single" w:color="000000"/>
        </w:rPr>
      </w:pPr>
      <w:r w:rsidRPr="0063200A">
        <w:rPr>
          <w:rFonts w:eastAsia="Times New Roman" w:cs="Times New Roman"/>
          <w:spacing w:val="8"/>
          <w:sz w:val="24"/>
          <w:szCs w:val="24"/>
        </w:rPr>
        <w:t xml:space="preserve">  </w:t>
      </w:r>
      <w:r w:rsidRPr="0063200A">
        <w:rPr>
          <w:rFonts w:ascii="ＭＳ 明朝" w:hAnsi="ＭＳ 明朝" w:cs="Times New Roman" w:hint="eastAsia"/>
          <w:spacing w:val="8"/>
          <w:sz w:val="24"/>
          <w:szCs w:val="24"/>
        </w:rPr>
        <w:t xml:space="preserve">　　　</w:t>
      </w:r>
      <w:r w:rsidRPr="0063200A">
        <w:rPr>
          <w:rFonts w:eastAsia="Times New Roman" w:cs="Times New Roman"/>
          <w:spacing w:val="8"/>
          <w:sz w:val="24"/>
          <w:szCs w:val="24"/>
        </w:rPr>
        <w:t xml:space="preserve">          </w:t>
      </w:r>
      <w:r w:rsidR="00E521E0" w:rsidRPr="0063200A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　　　　　　　　　　　　　　　　　　</w:t>
      </w:r>
    </w:p>
    <w:p w14:paraId="0BCE57CC" w14:textId="77777777" w:rsidR="00E521E0" w:rsidRPr="0063200A" w:rsidRDefault="00E521E0" w:rsidP="00E521E0">
      <w:pPr>
        <w:pStyle w:val="aff4"/>
        <w:ind w:firstLineChars="100" w:firstLine="240"/>
        <w:rPr>
          <w:spacing w:val="0"/>
          <w:sz w:val="24"/>
          <w:szCs w:val="24"/>
        </w:rPr>
      </w:pPr>
    </w:p>
    <w:p w14:paraId="617AC966" w14:textId="060AE78F" w:rsidR="00A001B7" w:rsidRPr="00E521E0" w:rsidRDefault="00A001B7" w:rsidP="00E521E0">
      <w:pPr>
        <w:pStyle w:val="aff4"/>
        <w:rPr>
          <w:rFonts w:ascii="ＭＳ 明朝" w:hAnsi="ＭＳ 明朝"/>
          <w:sz w:val="24"/>
          <w:szCs w:val="24"/>
        </w:rPr>
      </w:pPr>
    </w:p>
    <w:p w14:paraId="3E8D3D79" w14:textId="77777777" w:rsidR="00A001B7" w:rsidRPr="0063200A" w:rsidRDefault="00A001B7" w:rsidP="00A001B7">
      <w:pPr>
        <w:pStyle w:val="aff4"/>
        <w:tabs>
          <w:tab w:val="left" w:pos="709"/>
          <w:tab w:val="left" w:pos="1134"/>
        </w:tabs>
        <w:ind w:leftChars="249" w:left="1302" w:hangingChars="274" w:hanging="704"/>
        <w:rPr>
          <w:rFonts w:ascii="ＭＳ 明朝" w:hAnsi="ＭＳ 明朝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>(7)　保健センターや病院等で指導を受けた点や，お子様の発達状況で心配な点</w:t>
      </w:r>
    </w:p>
    <w:p w14:paraId="1AA21105" w14:textId="77777777" w:rsidR="00A001B7" w:rsidRPr="0063200A" w:rsidRDefault="00A001B7" w:rsidP="00A001B7">
      <w:pPr>
        <w:pStyle w:val="aff4"/>
        <w:tabs>
          <w:tab w:val="left" w:pos="709"/>
          <w:tab w:val="left" w:pos="1134"/>
        </w:tabs>
        <w:ind w:leftChars="449" w:left="1078" w:firstLineChars="100" w:firstLine="257"/>
        <w:rPr>
          <w:rFonts w:ascii="ＭＳ 明朝" w:hAnsi="ＭＳ 明朝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>がありましたら，記入してください。</w:t>
      </w:r>
    </w:p>
    <w:p w14:paraId="5673BFB0" w14:textId="77777777" w:rsidR="00A001B7" w:rsidRPr="0063200A" w:rsidRDefault="00A001B7" w:rsidP="00A001B7">
      <w:pPr>
        <w:pStyle w:val="aff4"/>
        <w:rPr>
          <w:spacing w:val="0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 xml:space="preserve">　   </w:t>
      </w:r>
      <w:r w:rsidRPr="0063200A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　　　　　　　　　　　　　　　　　　　　　　　　　　</w:t>
      </w:r>
    </w:p>
    <w:p w14:paraId="318D98BB" w14:textId="77777777" w:rsidR="00A001B7" w:rsidRPr="0063200A" w:rsidRDefault="00A001B7" w:rsidP="00A001B7">
      <w:pPr>
        <w:pStyle w:val="aff4"/>
        <w:rPr>
          <w:spacing w:val="0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 xml:space="preserve">  </w:t>
      </w:r>
    </w:p>
    <w:p w14:paraId="202916F3" w14:textId="77777777" w:rsidR="00A001B7" w:rsidRPr="0063200A" w:rsidRDefault="00A001B7" w:rsidP="00A001B7">
      <w:pPr>
        <w:pStyle w:val="aff4"/>
        <w:rPr>
          <w:spacing w:val="0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 xml:space="preserve">     </w:t>
      </w:r>
      <w:r w:rsidRPr="0063200A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　　　　　　　　　　　　　　　　　　　　　　　　　　</w:t>
      </w:r>
    </w:p>
    <w:p w14:paraId="63623A06" w14:textId="77777777" w:rsidR="00A001B7" w:rsidRPr="0063200A" w:rsidRDefault="00A001B7" w:rsidP="00A001B7">
      <w:pPr>
        <w:pStyle w:val="aff4"/>
        <w:jc w:val="left"/>
        <w:rPr>
          <w:rFonts w:ascii="ＭＳ ゴシック" w:eastAsia="ＭＳ ゴシック" w:hAnsi="ＭＳ ゴシック" w:cs="ＭＳ ゴシック"/>
          <w:b/>
          <w:bCs/>
          <w:spacing w:val="19"/>
          <w:sz w:val="18"/>
          <w:szCs w:val="18"/>
        </w:rPr>
      </w:pPr>
    </w:p>
    <w:p w14:paraId="4A58D88A" w14:textId="77777777" w:rsidR="00A001B7" w:rsidRPr="0063200A" w:rsidRDefault="00A001B7" w:rsidP="00A001B7">
      <w:pPr>
        <w:pStyle w:val="aff4"/>
        <w:rPr>
          <w:spacing w:val="0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 xml:space="preserve">     </w:t>
      </w:r>
      <w:r w:rsidRPr="0063200A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　　　　　　　　　　　　　　　　　　　　　　　　　　</w:t>
      </w:r>
    </w:p>
    <w:p w14:paraId="4D77F03D" w14:textId="77777777" w:rsidR="00A001B7" w:rsidRPr="0063200A" w:rsidRDefault="00A001B7" w:rsidP="00A001B7">
      <w:pPr>
        <w:pStyle w:val="aff4"/>
        <w:jc w:val="left"/>
        <w:rPr>
          <w:rFonts w:ascii="ＭＳ ゴシック" w:eastAsia="ＭＳ ゴシック" w:hAnsi="ＭＳ ゴシック" w:cs="ＭＳ ゴシック"/>
          <w:b/>
          <w:bCs/>
          <w:spacing w:val="19"/>
          <w:sz w:val="18"/>
          <w:szCs w:val="18"/>
        </w:rPr>
      </w:pPr>
    </w:p>
    <w:p w14:paraId="0D48204A" w14:textId="77777777" w:rsidR="00A001B7" w:rsidRPr="0063200A" w:rsidRDefault="00A001B7" w:rsidP="00A001B7">
      <w:pPr>
        <w:pStyle w:val="aff4"/>
        <w:rPr>
          <w:spacing w:val="0"/>
          <w:sz w:val="24"/>
          <w:szCs w:val="24"/>
        </w:rPr>
      </w:pPr>
      <w:r w:rsidRPr="0063200A">
        <w:rPr>
          <w:rFonts w:ascii="ＭＳ 明朝" w:hAnsi="ＭＳ 明朝" w:hint="eastAsia"/>
          <w:sz w:val="24"/>
          <w:szCs w:val="24"/>
        </w:rPr>
        <w:t xml:space="preserve">     </w:t>
      </w:r>
      <w:r w:rsidRPr="0063200A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　　　　　　　　　　　　　　　　　　　　　　　　　　</w:t>
      </w:r>
    </w:p>
    <w:p w14:paraId="230B7F57" w14:textId="77777777" w:rsidR="00A001B7" w:rsidRPr="0063200A" w:rsidRDefault="00A001B7" w:rsidP="00A001B7">
      <w:pPr>
        <w:pStyle w:val="aff4"/>
        <w:jc w:val="left"/>
        <w:rPr>
          <w:rFonts w:ascii="ＭＳ ゴシック" w:eastAsia="ＭＳ ゴシック" w:hAnsi="ＭＳ ゴシック" w:cs="ＭＳ ゴシック"/>
          <w:b/>
          <w:bCs/>
          <w:spacing w:val="19"/>
          <w:sz w:val="18"/>
          <w:szCs w:val="18"/>
        </w:rPr>
      </w:pPr>
    </w:p>
    <w:p w14:paraId="6AC37749" w14:textId="77777777" w:rsidR="00A001B7" w:rsidRPr="00A001B7" w:rsidRDefault="00A001B7" w:rsidP="00A001B7">
      <w:pPr>
        <w:pStyle w:val="aff4"/>
        <w:ind w:firstLineChars="300" w:firstLine="651"/>
        <w:jc w:val="left"/>
        <w:rPr>
          <w:rFonts w:asciiTheme="minorEastAsia" w:eastAsiaTheme="minorEastAsia" w:hAnsiTheme="minorEastAsia"/>
          <w:sz w:val="20"/>
          <w:szCs w:val="20"/>
          <w:u w:val="single" w:color="000000" w:themeColor="text1"/>
        </w:rPr>
      </w:pPr>
    </w:p>
    <w:sectPr w:rsidR="00A001B7" w:rsidRPr="00A001B7" w:rsidSect="00A001B7">
      <w:pgSz w:w="11907" w:h="16840" w:code="9"/>
      <w:pgMar w:top="624" w:right="851" w:bottom="295" w:left="397" w:header="720" w:footer="720" w:gutter="0"/>
      <w:cols w:space="720"/>
      <w:noEndnote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F29F6" w14:textId="77777777" w:rsidR="00CA543B" w:rsidRDefault="00CA543B" w:rsidP="006D6C71">
      <w:pPr>
        <w:spacing w:line="240" w:lineRule="auto"/>
      </w:pPr>
      <w:r>
        <w:separator/>
      </w:r>
    </w:p>
  </w:endnote>
  <w:endnote w:type="continuationSeparator" w:id="0">
    <w:p w14:paraId="6B53DBC8" w14:textId="77777777" w:rsidR="00CA543B" w:rsidRDefault="00CA543B" w:rsidP="006D6C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C5D322" w14:textId="77777777" w:rsidR="00CA543B" w:rsidRDefault="00CA543B" w:rsidP="006D6C71">
      <w:pPr>
        <w:spacing w:line="240" w:lineRule="auto"/>
      </w:pPr>
      <w:r>
        <w:separator/>
      </w:r>
    </w:p>
  </w:footnote>
  <w:footnote w:type="continuationSeparator" w:id="0">
    <w:p w14:paraId="5BC4F657" w14:textId="77777777" w:rsidR="00CA543B" w:rsidRDefault="00CA543B" w:rsidP="006D6C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2803613">
    <w:abstractNumId w:val="8"/>
  </w:num>
  <w:num w:numId="2" w16cid:durableId="1628000394">
    <w:abstractNumId w:val="6"/>
  </w:num>
  <w:num w:numId="3" w16cid:durableId="1489858012">
    <w:abstractNumId w:val="5"/>
  </w:num>
  <w:num w:numId="4" w16cid:durableId="1575160620">
    <w:abstractNumId w:val="4"/>
  </w:num>
  <w:num w:numId="5" w16cid:durableId="164052958">
    <w:abstractNumId w:val="7"/>
  </w:num>
  <w:num w:numId="6" w16cid:durableId="1026179067">
    <w:abstractNumId w:val="3"/>
  </w:num>
  <w:num w:numId="7" w16cid:durableId="133832845">
    <w:abstractNumId w:val="2"/>
  </w:num>
  <w:num w:numId="8" w16cid:durableId="1298756207">
    <w:abstractNumId w:val="1"/>
  </w:num>
  <w:num w:numId="9" w16cid:durableId="140753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dirty"/>
  <w:defaultTabStop w:val="720"/>
  <w:drawingGridHorizontalSpacing w:val="121"/>
  <w:drawingGridVerticalSpacing w:val="166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5F5"/>
    <w:rsid w:val="00063CD7"/>
    <w:rsid w:val="00070C2F"/>
    <w:rsid w:val="00082B41"/>
    <w:rsid w:val="00085FAE"/>
    <w:rsid w:val="000877E6"/>
    <w:rsid w:val="000E2C7E"/>
    <w:rsid w:val="000E57DA"/>
    <w:rsid w:val="000F5ABB"/>
    <w:rsid w:val="0011616C"/>
    <w:rsid w:val="001343C4"/>
    <w:rsid w:val="0015074B"/>
    <w:rsid w:val="00152398"/>
    <w:rsid w:val="00152776"/>
    <w:rsid w:val="001860F4"/>
    <w:rsid w:val="001930BE"/>
    <w:rsid w:val="001B4369"/>
    <w:rsid w:val="001C5209"/>
    <w:rsid w:val="001D4781"/>
    <w:rsid w:val="002132EF"/>
    <w:rsid w:val="00234515"/>
    <w:rsid w:val="002470BD"/>
    <w:rsid w:val="0029639D"/>
    <w:rsid w:val="002964D6"/>
    <w:rsid w:val="002D0A9E"/>
    <w:rsid w:val="002E77DB"/>
    <w:rsid w:val="00316339"/>
    <w:rsid w:val="00326F90"/>
    <w:rsid w:val="0032747E"/>
    <w:rsid w:val="003C3F76"/>
    <w:rsid w:val="003E3DE6"/>
    <w:rsid w:val="003E6047"/>
    <w:rsid w:val="003F3345"/>
    <w:rsid w:val="00405B33"/>
    <w:rsid w:val="00433C43"/>
    <w:rsid w:val="00442A87"/>
    <w:rsid w:val="00452996"/>
    <w:rsid w:val="004C540D"/>
    <w:rsid w:val="00521454"/>
    <w:rsid w:val="00522F18"/>
    <w:rsid w:val="00537B3E"/>
    <w:rsid w:val="00557ACE"/>
    <w:rsid w:val="00564AC1"/>
    <w:rsid w:val="00576532"/>
    <w:rsid w:val="005961D2"/>
    <w:rsid w:val="005A138C"/>
    <w:rsid w:val="005B3137"/>
    <w:rsid w:val="005B3FE6"/>
    <w:rsid w:val="005D6C55"/>
    <w:rsid w:val="005F4693"/>
    <w:rsid w:val="006014BC"/>
    <w:rsid w:val="00623C41"/>
    <w:rsid w:val="00633B50"/>
    <w:rsid w:val="00662A36"/>
    <w:rsid w:val="006A37C0"/>
    <w:rsid w:val="006D6C71"/>
    <w:rsid w:val="007011EC"/>
    <w:rsid w:val="00782596"/>
    <w:rsid w:val="007935D5"/>
    <w:rsid w:val="007D793D"/>
    <w:rsid w:val="00800FDD"/>
    <w:rsid w:val="0080680A"/>
    <w:rsid w:val="008203E3"/>
    <w:rsid w:val="008304D0"/>
    <w:rsid w:val="00846ED2"/>
    <w:rsid w:val="00891700"/>
    <w:rsid w:val="008A2954"/>
    <w:rsid w:val="008A72BD"/>
    <w:rsid w:val="008B1919"/>
    <w:rsid w:val="00920CD3"/>
    <w:rsid w:val="00931ABF"/>
    <w:rsid w:val="00933F48"/>
    <w:rsid w:val="0093582A"/>
    <w:rsid w:val="00945263"/>
    <w:rsid w:val="00965D1A"/>
    <w:rsid w:val="0099557C"/>
    <w:rsid w:val="009B2245"/>
    <w:rsid w:val="00A001B7"/>
    <w:rsid w:val="00A16CC0"/>
    <w:rsid w:val="00A2139F"/>
    <w:rsid w:val="00A31503"/>
    <w:rsid w:val="00A47E31"/>
    <w:rsid w:val="00A51612"/>
    <w:rsid w:val="00A70FA2"/>
    <w:rsid w:val="00A9226C"/>
    <w:rsid w:val="00A96548"/>
    <w:rsid w:val="00A975BC"/>
    <w:rsid w:val="00AA1D8D"/>
    <w:rsid w:val="00AA297E"/>
    <w:rsid w:val="00AA4A19"/>
    <w:rsid w:val="00AB4B79"/>
    <w:rsid w:val="00AC027E"/>
    <w:rsid w:val="00AD0402"/>
    <w:rsid w:val="00AD64AF"/>
    <w:rsid w:val="00B22CB8"/>
    <w:rsid w:val="00B418A7"/>
    <w:rsid w:val="00B47730"/>
    <w:rsid w:val="00B841A7"/>
    <w:rsid w:val="00BF0303"/>
    <w:rsid w:val="00C067F3"/>
    <w:rsid w:val="00C1598E"/>
    <w:rsid w:val="00C30C24"/>
    <w:rsid w:val="00C3241D"/>
    <w:rsid w:val="00C43407"/>
    <w:rsid w:val="00C520D4"/>
    <w:rsid w:val="00C86416"/>
    <w:rsid w:val="00C904AF"/>
    <w:rsid w:val="00CA543B"/>
    <w:rsid w:val="00CB0664"/>
    <w:rsid w:val="00CE0B86"/>
    <w:rsid w:val="00D01C8B"/>
    <w:rsid w:val="00D22116"/>
    <w:rsid w:val="00D25145"/>
    <w:rsid w:val="00D60944"/>
    <w:rsid w:val="00D70D46"/>
    <w:rsid w:val="00D7332C"/>
    <w:rsid w:val="00D90F20"/>
    <w:rsid w:val="00D9480C"/>
    <w:rsid w:val="00DE0AA2"/>
    <w:rsid w:val="00E02EA1"/>
    <w:rsid w:val="00E1793E"/>
    <w:rsid w:val="00E24216"/>
    <w:rsid w:val="00E42020"/>
    <w:rsid w:val="00E521E0"/>
    <w:rsid w:val="00E57BDF"/>
    <w:rsid w:val="00E855DD"/>
    <w:rsid w:val="00EF0AAE"/>
    <w:rsid w:val="00EF56BF"/>
    <w:rsid w:val="00F314C4"/>
    <w:rsid w:val="00F42AAE"/>
    <w:rsid w:val="00F45AAF"/>
    <w:rsid w:val="00F849CF"/>
    <w:rsid w:val="00FA1E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43008F"/>
  <w14:defaultImageDpi w14:val="330"/>
  <w15:docId w15:val="{F9DC21A7-E2EA-49E4-BD3B-C254A1EA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Noto Serif CJK JP" w:eastAsia="Noto Serif CJK JP" w:hAnsi="Noto Serif CJK JP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annotation reference"/>
    <w:basedOn w:val="a2"/>
    <w:uiPriority w:val="99"/>
    <w:semiHidden/>
    <w:unhideWhenUsed/>
    <w:rsid w:val="000F5ABB"/>
    <w:rPr>
      <w:sz w:val="18"/>
      <w:szCs w:val="18"/>
    </w:rPr>
  </w:style>
  <w:style w:type="paragraph" w:styleId="aff0">
    <w:name w:val="annotation text"/>
    <w:basedOn w:val="a1"/>
    <w:link w:val="aff1"/>
    <w:uiPriority w:val="99"/>
    <w:unhideWhenUsed/>
    <w:rsid w:val="000F5ABB"/>
  </w:style>
  <w:style w:type="character" w:customStyle="1" w:styleId="aff1">
    <w:name w:val="コメント文字列 (文字)"/>
    <w:basedOn w:val="a2"/>
    <w:link w:val="aff0"/>
    <w:uiPriority w:val="99"/>
    <w:rsid w:val="000F5ABB"/>
    <w:rPr>
      <w:rFonts w:ascii="Noto Serif CJK JP" w:eastAsia="Noto Serif CJK JP" w:hAnsi="Noto Serif CJK JP"/>
      <w:sz w:val="24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0F5ABB"/>
    <w:rPr>
      <w:b/>
      <w:bCs/>
    </w:rPr>
  </w:style>
  <w:style w:type="character" w:customStyle="1" w:styleId="aff3">
    <w:name w:val="コメント内容 (文字)"/>
    <w:basedOn w:val="aff1"/>
    <w:link w:val="aff2"/>
    <w:uiPriority w:val="99"/>
    <w:semiHidden/>
    <w:rsid w:val="000F5ABB"/>
    <w:rPr>
      <w:rFonts w:ascii="Noto Serif CJK JP" w:eastAsia="Noto Serif CJK JP" w:hAnsi="Noto Serif CJK JP"/>
      <w:b/>
      <w:bCs/>
      <w:sz w:val="24"/>
    </w:rPr>
  </w:style>
  <w:style w:type="paragraph" w:customStyle="1" w:styleId="aff4">
    <w:name w:val="一太郎"/>
    <w:rsid w:val="00A001B7"/>
    <w:pPr>
      <w:widowControl w:val="0"/>
      <w:wordWrap w:val="0"/>
      <w:autoSpaceDE w:val="0"/>
      <w:autoSpaceDN w:val="0"/>
      <w:adjustRightInd w:val="0"/>
      <w:spacing w:after="0" w:line="273" w:lineRule="exact"/>
      <w:jc w:val="both"/>
    </w:pPr>
    <w:rPr>
      <w:rFonts w:ascii="Times New Roman" w:eastAsia="ＭＳ 明朝" w:hAnsi="Times New Roman" w:cs="ＭＳ 明朝"/>
      <w:spacing w:val="17"/>
      <w:sz w:val="21"/>
      <w:szCs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2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215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鉾田市立認定こども園条例施行規則案（現行例規接続反映最終版）</vt:lpstr>
      <vt:lpstr/>
    </vt:vector>
  </TitlesOfParts>
  <Manager/>
  <Company/>
  <LinksUpToDate>false</LinksUpToDate>
  <CharactersWithSpaces>1439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鉾田市立認定こども園条例施行規則案（現行例規接続反映最終版）</dc:title>
  <dc:subject/>
  <dc:creator>python-docx</dc:creator>
  <cp:keywords/>
  <dc:description>generated by python-docx</dc:description>
  <cp:lastModifiedBy>hokota 353</cp:lastModifiedBy>
  <cp:revision>5</cp:revision>
  <cp:lastPrinted>2026-10-01T02:14:00Z</cp:lastPrinted>
  <dcterms:created xsi:type="dcterms:W3CDTF">2026-09-28T05:44:00Z</dcterms:created>
  <dcterms:modified xsi:type="dcterms:W3CDTF">2026-10-01T02:30:00Z</dcterms:modified>
  <cp:category/>
</cp:coreProperties>
</file>